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9FF9F8" w14:textId="77777777" w:rsidR="0082319F" w:rsidRPr="00294A1D" w:rsidRDefault="0082319F">
      <w:pPr>
        <w:autoSpaceDE w:val="0"/>
        <w:autoSpaceDN w:val="0"/>
        <w:spacing w:after="500" w:line="220" w:lineRule="exact"/>
        <w:rPr>
          <w:lang w:val="hu-HU"/>
        </w:rPr>
      </w:pPr>
    </w:p>
    <w:p w14:paraId="1C45751D" w14:textId="77777777" w:rsidR="0082319F" w:rsidRPr="00294A1D" w:rsidRDefault="004755F0">
      <w:pPr>
        <w:autoSpaceDE w:val="0"/>
        <w:autoSpaceDN w:val="0"/>
        <w:spacing w:after="0" w:line="240" w:lineRule="auto"/>
        <w:rPr>
          <w:lang w:val="hu-HU"/>
        </w:rPr>
      </w:pPr>
      <w:r w:rsidRPr="00294A1D">
        <w:rPr>
          <w:noProof/>
          <w:lang w:val="hu-HU"/>
        </w:rPr>
        <w:drawing>
          <wp:inline distT="0" distB="0" distL="0" distR="0" wp14:anchorId="0BC4C631" wp14:editId="16F3FBAD">
            <wp:extent cx="2294890" cy="10795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9489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AAA118" w14:textId="6A4ADACD" w:rsidR="0082319F" w:rsidRPr="00294A1D" w:rsidRDefault="00A161E0">
      <w:pPr>
        <w:autoSpaceDE w:val="0"/>
        <w:autoSpaceDN w:val="0"/>
        <w:spacing w:before="2244" w:after="0" w:line="233" w:lineRule="auto"/>
        <w:rPr>
          <w:lang w:val="hu-HU"/>
        </w:rPr>
      </w:pPr>
      <w:proofErr w:type="spellStart"/>
      <w:r w:rsidRPr="00294A1D">
        <w:rPr>
          <w:rFonts w:ascii="Arial" w:eastAsia="Arial" w:hAnsi="Arial"/>
          <w:b/>
          <w:color w:val="006FC0"/>
          <w:sz w:val="96"/>
          <w:lang w:val="hu-HU"/>
        </w:rPr>
        <w:t>DACentral</w:t>
      </w:r>
      <w:proofErr w:type="spellEnd"/>
    </w:p>
    <w:p w14:paraId="3FF2DB1A" w14:textId="02439AD3" w:rsidR="0082319F" w:rsidRPr="00294A1D" w:rsidRDefault="004755F0">
      <w:pPr>
        <w:autoSpaceDE w:val="0"/>
        <w:autoSpaceDN w:val="0"/>
        <w:spacing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6FC0"/>
          <w:sz w:val="96"/>
          <w:lang w:val="hu-HU"/>
        </w:rPr>
        <w:t xml:space="preserve"> </w:t>
      </w:r>
    </w:p>
    <w:p w14:paraId="1B19507E" w14:textId="54B8D6BE" w:rsidR="00A161E0" w:rsidRPr="00294A1D" w:rsidRDefault="004755F0" w:rsidP="00A161E0">
      <w:pPr>
        <w:autoSpaceDE w:val="0"/>
        <w:autoSpaceDN w:val="0"/>
        <w:spacing w:before="590"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56"/>
          <w:lang w:val="hu-HU"/>
        </w:rPr>
        <w:t>Felhasználói kézikönyv</w:t>
      </w:r>
    </w:p>
    <w:p w14:paraId="50466FC3" w14:textId="77777777" w:rsidR="00A161E0" w:rsidRPr="00294A1D" w:rsidRDefault="00A161E0" w:rsidP="00A161E0">
      <w:pPr>
        <w:autoSpaceDE w:val="0"/>
        <w:autoSpaceDN w:val="0"/>
        <w:spacing w:before="590" w:after="0" w:line="288" w:lineRule="auto"/>
        <w:rPr>
          <w:lang w:val="hu-HU"/>
        </w:rPr>
      </w:pPr>
    </w:p>
    <w:p w14:paraId="102D97F5" w14:textId="77777777" w:rsidR="00A161E0" w:rsidRPr="00294A1D" w:rsidRDefault="00A161E0" w:rsidP="00A161E0">
      <w:pPr>
        <w:autoSpaceDE w:val="0"/>
        <w:autoSpaceDN w:val="0"/>
        <w:spacing w:before="590" w:after="0" w:line="288" w:lineRule="auto"/>
        <w:rPr>
          <w:lang w:val="hu-HU"/>
        </w:rPr>
      </w:pPr>
    </w:p>
    <w:p w14:paraId="1ED31897" w14:textId="77777777" w:rsidR="0082319F" w:rsidRDefault="00A161E0" w:rsidP="004631BE">
      <w:pPr>
        <w:autoSpaceDE w:val="0"/>
        <w:autoSpaceDN w:val="0"/>
        <w:spacing w:before="590" w:after="0" w:line="288" w:lineRule="auto"/>
        <w:ind w:left="-284"/>
        <w:rPr>
          <w:lang w:val="hu-HU"/>
        </w:rPr>
      </w:pPr>
      <w:r w:rsidRPr="00294A1D">
        <w:rPr>
          <w:noProof/>
          <w:lang w:val="hu-HU"/>
        </w:rPr>
        <w:drawing>
          <wp:inline distT="0" distB="0" distL="0" distR="0" wp14:anchorId="422BFD6C" wp14:editId="2CA5DD3F">
            <wp:extent cx="2085975" cy="2085975"/>
            <wp:effectExtent l="0" t="0" r="9525" b="9525"/>
            <wp:docPr id="2" name="Picture 2" descr="A képen Betűtípus, Grafika, embléma, szimbólum látható&#10;&#10;Előfordulhat, hogy a mesterséges intelligencia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képen Betűtípus, Grafika, embléma, szimbólum látható&#10;&#10;Előfordulhat, hogy a mesterséges intelligencia által létrehozott tartalom helytele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208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E7F662" w14:textId="77777777" w:rsidR="004631BE" w:rsidRDefault="004631BE" w:rsidP="004631BE">
      <w:pPr>
        <w:autoSpaceDE w:val="0"/>
        <w:autoSpaceDN w:val="0"/>
        <w:spacing w:before="590" w:after="0" w:line="288" w:lineRule="auto"/>
        <w:ind w:left="-284"/>
        <w:rPr>
          <w:lang w:val="hu-HU"/>
        </w:rPr>
      </w:pPr>
    </w:p>
    <w:p w14:paraId="038F1A0B" w14:textId="579EB0A8" w:rsidR="004631BE" w:rsidRPr="00294A1D" w:rsidRDefault="004631BE" w:rsidP="004631BE">
      <w:pPr>
        <w:autoSpaceDE w:val="0"/>
        <w:autoSpaceDN w:val="0"/>
        <w:spacing w:before="590" w:after="0" w:line="288" w:lineRule="auto"/>
        <w:ind w:left="-284"/>
        <w:rPr>
          <w:lang w:val="hu-HU"/>
        </w:rPr>
        <w:sectPr w:rsidR="004631BE" w:rsidRPr="00294A1D">
          <w:footerReference w:type="default" r:id="rId10"/>
          <w:pgSz w:w="11906" w:h="16838"/>
          <w:pgMar w:top="720" w:right="1440" w:bottom="1440" w:left="1440" w:header="720" w:footer="720" w:gutter="0"/>
          <w:cols w:space="708"/>
          <w:docGrid w:linePitch="360"/>
        </w:sectPr>
      </w:pPr>
    </w:p>
    <w:sdt>
      <w:sdtPr>
        <w:rPr>
          <w:rFonts w:asciiTheme="minorHAnsi" w:eastAsiaTheme="minorEastAsia" w:hAnsiTheme="minorHAnsi" w:cstheme="minorBidi"/>
          <w:bCs w:val="0"/>
          <w:color w:val="auto"/>
          <w:sz w:val="22"/>
          <w:szCs w:val="22"/>
          <w:lang w:val="hu-HU"/>
        </w:rPr>
        <w:id w:val="1457535141"/>
        <w:docPartObj>
          <w:docPartGallery w:val="Table of Contents"/>
          <w:docPartUnique/>
        </w:docPartObj>
      </w:sdtPr>
      <w:sdtEndPr>
        <w:rPr>
          <w:b/>
          <w:lang w:val="en-US"/>
        </w:rPr>
      </w:sdtEndPr>
      <w:sdtContent>
        <w:p w14:paraId="3811B536" w14:textId="13801411" w:rsidR="004631BE" w:rsidRDefault="004631BE" w:rsidP="004631BE">
          <w:pPr>
            <w:pStyle w:val="Tartalomjegyzkcmsora"/>
            <w:numPr>
              <w:ilvl w:val="0"/>
              <w:numId w:val="15"/>
            </w:numPr>
            <w:rPr>
              <w:rFonts w:hint="eastAsia"/>
            </w:rPr>
          </w:pPr>
          <w:r>
            <w:rPr>
              <w:lang w:val="hu-HU"/>
            </w:rPr>
            <w:t>Tartalom</w:t>
          </w:r>
        </w:p>
        <w:p w14:paraId="1F5E47F1" w14:textId="0C6A6D0E" w:rsidR="004631BE" w:rsidRDefault="004631BE">
          <w:pPr>
            <w:pStyle w:val="TJ1"/>
            <w:tabs>
              <w:tab w:val="right" w:leader="dot" w:pos="9134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33239882" w:history="1">
            <w:r w:rsidRPr="00590BF3">
              <w:rPr>
                <w:rStyle w:val="Hiperhivatkozs"/>
                <w:noProof/>
                <w:lang w:val="hu-HU"/>
              </w:rPr>
              <w:t>1 Tartalom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_Toc233239882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FAA1B8" w14:textId="423685EB" w:rsidR="004631BE" w:rsidRDefault="00000000">
          <w:pPr>
            <w:pStyle w:val="TJ1"/>
            <w:tabs>
              <w:tab w:val="right" w:leader="dot" w:pos="9134"/>
            </w:tabs>
            <w:rPr>
              <w:noProof/>
            </w:rPr>
          </w:pPr>
          <w:hyperlink w:anchor="_Toc233239883" w:history="1">
            <w:r w:rsidR="004631BE" w:rsidRPr="00590BF3">
              <w:rPr>
                <w:rStyle w:val="Hiperhivatkozs"/>
                <w:noProof/>
                <w:lang w:val="hu-HU"/>
              </w:rPr>
              <w:t>2 A dokumentumverzió követése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_Toc233239883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3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701B0062" w14:textId="1AC0A911" w:rsidR="004631BE" w:rsidRDefault="00000000">
          <w:pPr>
            <w:pStyle w:val="TJ1"/>
            <w:tabs>
              <w:tab w:val="right" w:leader="dot" w:pos="9134"/>
            </w:tabs>
            <w:rPr>
              <w:noProof/>
            </w:rPr>
          </w:pPr>
          <w:hyperlink w:anchor="_Toc233239884" w:history="1">
            <w:r w:rsidR="004631BE" w:rsidRPr="00590BF3">
              <w:rPr>
                <w:rStyle w:val="Hiperhivatkozs"/>
                <w:noProof/>
                <w:lang w:val="hu-HU"/>
              </w:rPr>
              <w:t>3 Bevezetés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_Toc233239884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4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56EAA936" w14:textId="6A493B14" w:rsidR="004631BE" w:rsidRDefault="00000000">
          <w:pPr>
            <w:pStyle w:val="TJ2"/>
            <w:tabs>
              <w:tab w:val="right" w:leader="dot" w:pos="9134"/>
            </w:tabs>
            <w:rPr>
              <w:noProof/>
            </w:rPr>
          </w:pPr>
          <w:hyperlink w:anchor="_Toc233239885" w:history="1">
            <w:r w:rsidR="004631BE" w:rsidRPr="00590BF3">
              <w:rPr>
                <w:rStyle w:val="Hiperhivatkozs"/>
                <w:noProof/>
              </w:rPr>
              <w:t>3.1 Az alkalmazás célja és feladata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_Toc233239885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4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036A4EF8" w14:textId="13123F63" w:rsidR="004631BE" w:rsidRDefault="00000000">
          <w:pPr>
            <w:pStyle w:val="TJ1"/>
            <w:tabs>
              <w:tab w:val="right" w:leader="dot" w:pos="9134"/>
            </w:tabs>
            <w:rPr>
              <w:noProof/>
            </w:rPr>
          </w:pPr>
          <w:hyperlink w:anchor="_Toc233239886" w:history="1">
            <w:r w:rsidR="004631BE" w:rsidRPr="00590BF3">
              <w:rPr>
                <w:rStyle w:val="Hiperhivatkozs"/>
                <w:noProof/>
                <w:lang w:val="hu-HU"/>
              </w:rPr>
              <w:t>4 Az alkalmazások elérése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_Toc233239886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4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2064251C" w14:textId="2AE9690A" w:rsidR="004631BE" w:rsidRDefault="00000000">
          <w:pPr>
            <w:pStyle w:val="TJ1"/>
            <w:tabs>
              <w:tab w:val="right" w:leader="dot" w:pos="9134"/>
            </w:tabs>
            <w:rPr>
              <w:noProof/>
            </w:rPr>
          </w:pPr>
          <w:hyperlink w:anchor="_Toc233239887" w:history="1">
            <w:r w:rsidR="004631BE" w:rsidRPr="00590BF3">
              <w:rPr>
                <w:rStyle w:val="Hiperhivatkozs"/>
                <w:noProof/>
                <w:lang w:val="hu-HU"/>
              </w:rPr>
              <w:t>5 Helpdesk és technikai segítségnyújtás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_Toc233239887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4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3CF072AC" w14:textId="355E27E9" w:rsidR="004631BE" w:rsidRDefault="00000000">
          <w:pPr>
            <w:pStyle w:val="TJ1"/>
            <w:tabs>
              <w:tab w:val="right" w:leader="dot" w:pos="9134"/>
            </w:tabs>
            <w:rPr>
              <w:noProof/>
            </w:rPr>
          </w:pPr>
          <w:hyperlink w:anchor="_Toc233239888" w:history="1">
            <w:r w:rsidR="004631BE" w:rsidRPr="00590BF3">
              <w:rPr>
                <w:rStyle w:val="Hiperhivatkozs"/>
                <w:noProof/>
                <w:lang w:val="hu-HU"/>
              </w:rPr>
              <w:t>6 Javasolt első lépések a rendszer használatához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_Toc233239888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5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6F6BFF9B" w14:textId="4B994B5E" w:rsidR="004631BE" w:rsidRDefault="00000000">
          <w:pPr>
            <w:pStyle w:val="TJ1"/>
            <w:tabs>
              <w:tab w:val="right" w:leader="dot" w:pos="9134"/>
            </w:tabs>
            <w:rPr>
              <w:noProof/>
            </w:rPr>
          </w:pPr>
          <w:hyperlink w:anchor="_Toc233239889" w:history="1">
            <w:r w:rsidR="004631BE" w:rsidRPr="00590BF3">
              <w:rPr>
                <w:rStyle w:val="Hiperhivatkozs"/>
                <w:noProof/>
                <w:lang w:val="hu-HU"/>
              </w:rPr>
              <w:t>7  Felhasználók és technikai felh. létrehozása (UAM)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_Toc233239889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6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1D39D652" w14:textId="0B3DFF23" w:rsidR="004631BE" w:rsidRDefault="00000000">
          <w:pPr>
            <w:pStyle w:val="TJ2"/>
            <w:tabs>
              <w:tab w:val="right" w:leader="dot" w:pos="9134"/>
            </w:tabs>
            <w:rPr>
              <w:noProof/>
            </w:rPr>
          </w:pPr>
          <w:hyperlink w:anchor="_Toc233239890" w:history="1">
            <w:r w:rsidR="004631BE" w:rsidRPr="00590BF3">
              <w:rPr>
                <w:rStyle w:val="Hiperhivatkozs"/>
                <w:noProof/>
                <w:lang w:val="hu-HU"/>
              </w:rPr>
              <w:t>7.1 Felhasználók menüpont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_Toc233239890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6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4EDFC8C0" w14:textId="75EBCF59" w:rsidR="004631BE" w:rsidRDefault="00000000">
          <w:pPr>
            <w:pStyle w:val="TJ2"/>
            <w:tabs>
              <w:tab w:val="right" w:leader="dot" w:pos="9134"/>
            </w:tabs>
            <w:rPr>
              <w:noProof/>
            </w:rPr>
          </w:pPr>
          <w:hyperlink w:anchor="_Toc233239891" w:history="1">
            <w:r w:rsidR="004631BE" w:rsidRPr="00590BF3">
              <w:rPr>
                <w:rStyle w:val="Hiperhivatkozs"/>
                <w:noProof/>
                <w:lang w:val="hu-HU"/>
              </w:rPr>
              <w:t>7.2 Technikai felhasználó létrehozása (UAM)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_Toc233239891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7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7A255A18" w14:textId="3DCBCD3B" w:rsidR="004631BE" w:rsidRDefault="00000000">
          <w:pPr>
            <w:pStyle w:val="TJ2"/>
            <w:tabs>
              <w:tab w:val="right" w:leader="dot" w:pos="9134"/>
            </w:tabs>
            <w:rPr>
              <w:noProof/>
            </w:rPr>
          </w:pPr>
          <w:hyperlink w:anchor="_Toc233239892" w:history="1">
            <w:r w:rsidR="004631BE" w:rsidRPr="00590BF3">
              <w:rPr>
                <w:rStyle w:val="Hiperhivatkozs"/>
                <w:noProof/>
                <w:lang w:val="hu-HU"/>
              </w:rPr>
              <w:t>7.3 DAC9 M2M jogok kiosztása (DACentral)</w:t>
            </w:r>
            <w:r w:rsidR="004631BE">
              <w:rPr>
                <w:noProof/>
                <w:webHidden/>
              </w:rPr>
              <w:tab/>
            </w:r>
            <w:r w:rsidR="004631BE">
              <w:rPr>
                <w:noProof/>
                <w:webHidden/>
              </w:rPr>
              <w:fldChar w:fldCharType="begin"/>
            </w:r>
            <w:r w:rsidR="004631BE">
              <w:rPr>
                <w:noProof/>
                <w:webHidden/>
              </w:rPr>
              <w:instrText xml:space="preserve"> PAGEREF _Toc233239892 \h </w:instrText>
            </w:r>
            <w:r w:rsidR="004631BE">
              <w:rPr>
                <w:noProof/>
                <w:webHidden/>
              </w:rPr>
            </w:r>
            <w:r w:rsidR="004631BE">
              <w:rPr>
                <w:noProof/>
                <w:webHidden/>
              </w:rPr>
              <w:fldChar w:fldCharType="separate"/>
            </w:r>
            <w:r w:rsidR="004631BE">
              <w:rPr>
                <w:noProof/>
                <w:webHidden/>
              </w:rPr>
              <w:t>11</w:t>
            </w:r>
            <w:r w:rsidR="004631BE">
              <w:rPr>
                <w:noProof/>
                <w:webHidden/>
              </w:rPr>
              <w:fldChar w:fldCharType="end"/>
            </w:r>
          </w:hyperlink>
        </w:p>
        <w:p w14:paraId="1A619F81" w14:textId="4E8D17D7" w:rsidR="004631BE" w:rsidRDefault="004631BE">
          <w:r>
            <w:rPr>
              <w:b/>
              <w:bCs/>
            </w:rPr>
            <w:fldChar w:fldCharType="end"/>
          </w:r>
        </w:p>
      </w:sdtContent>
    </w:sdt>
    <w:p w14:paraId="159053DA" w14:textId="77777777" w:rsidR="0082319F" w:rsidRDefault="0082319F">
      <w:pPr>
        <w:rPr>
          <w:lang w:val="hu-HU"/>
        </w:rPr>
      </w:pPr>
    </w:p>
    <w:p w14:paraId="1F956481" w14:textId="77777777" w:rsidR="004631BE" w:rsidRDefault="004631BE">
      <w:pPr>
        <w:rPr>
          <w:lang w:val="hu-HU"/>
        </w:rPr>
      </w:pPr>
    </w:p>
    <w:p w14:paraId="6ABE7F42" w14:textId="77777777" w:rsidR="004631BE" w:rsidRDefault="004631BE">
      <w:pPr>
        <w:rPr>
          <w:lang w:val="hu-HU"/>
        </w:rPr>
      </w:pPr>
    </w:p>
    <w:p w14:paraId="783E1353" w14:textId="77777777" w:rsidR="004631BE" w:rsidRPr="00294A1D" w:rsidRDefault="004631BE">
      <w:pPr>
        <w:rPr>
          <w:lang w:val="hu-HU"/>
        </w:rPr>
        <w:sectPr w:rsidR="004631BE" w:rsidRPr="00294A1D">
          <w:pgSz w:w="11906" w:h="16838"/>
          <w:pgMar w:top="704" w:right="1350" w:bottom="482" w:left="1412" w:header="720" w:footer="720" w:gutter="0"/>
          <w:cols w:space="708"/>
          <w:docGrid w:linePitch="360"/>
        </w:sectPr>
      </w:pPr>
    </w:p>
    <w:p w14:paraId="35335B10" w14:textId="77777777" w:rsidR="00DD5E66" w:rsidRPr="00294A1D" w:rsidRDefault="004755F0" w:rsidP="00DD5E66">
      <w:pPr>
        <w:pStyle w:val="Cmsor1"/>
        <w:rPr>
          <w:rFonts w:hint="eastAsia"/>
          <w:lang w:val="hu-HU"/>
        </w:rPr>
      </w:pPr>
      <w:r w:rsidRPr="00294A1D">
        <w:rPr>
          <w:lang w:val="hu-HU"/>
        </w:rPr>
        <w:lastRenderedPageBreak/>
        <w:tab/>
      </w:r>
      <w:bookmarkStart w:id="0" w:name="_Toc233239883"/>
      <w:r w:rsidRPr="00294A1D">
        <w:rPr>
          <w:lang w:val="hu-HU"/>
        </w:rPr>
        <w:t>2 A dokumentumverzió követése</w:t>
      </w:r>
      <w:bookmarkEnd w:id="0"/>
    </w:p>
    <w:p w14:paraId="1FFBFB01" w14:textId="28789686" w:rsidR="0082319F" w:rsidRPr="00294A1D" w:rsidRDefault="004755F0">
      <w:pPr>
        <w:tabs>
          <w:tab w:val="left" w:pos="284"/>
        </w:tabs>
        <w:autoSpaceDE w:val="0"/>
        <w:autoSpaceDN w:val="0"/>
        <w:spacing w:after="98" w:line="656" w:lineRule="exact"/>
        <w:ind w:right="720"/>
        <w:rPr>
          <w:rFonts w:ascii="ArialMT" w:eastAsia="ArialMT" w:hAnsi="ArialMT"/>
          <w:color w:val="000000"/>
          <w:sz w:val="24"/>
          <w:lang w:val="hu-HU"/>
        </w:rPr>
      </w:pPr>
      <w:r w:rsidRPr="00294A1D">
        <w:rPr>
          <w:rFonts w:ascii="ArialMT" w:eastAsia="ArialMT" w:hAnsi="ArialMT"/>
          <w:color w:val="006FC0"/>
          <w:sz w:val="36"/>
          <w:lang w:val="hu-HU"/>
        </w:rPr>
        <w:t xml:space="preserve"> </w:t>
      </w:r>
      <w:r w:rsidRPr="00294A1D">
        <w:rPr>
          <w:lang w:val="hu-HU"/>
        </w:rPr>
        <w:br/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felhasználói kézikönyv korábbi verziói az alábbi időpontokban jelentek meg: </w:t>
      </w:r>
    </w:p>
    <w:p w14:paraId="624D398B" w14:textId="1DEDA16F" w:rsidR="00174E83" w:rsidRPr="004755F0" w:rsidRDefault="004755F0" w:rsidP="004755F0">
      <w:pPr>
        <w:pStyle w:val="Listaszerbekezds"/>
        <w:numPr>
          <w:ilvl w:val="1"/>
          <w:numId w:val="16"/>
        </w:numPr>
        <w:tabs>
          <w:tab w:val="left" w:pos="284"/>
        </w:tabs>
        <w:autoSpaceDE w:val="0"/>
        <w:autoSpaceDN w:val="0"/>
        <w:spacing w:after="98" w:line="656" w:lineRule="exact"/>
        <w:ind w:right="720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 xml:space="preserve">1.0 - </w:t>
      </w:r>
      <w:r w:rsidRPr="004755F0">
        <w:rPr>
          <w:rFonts w:ascii="ArialMT" w:eastAsia="ArialMT" w:hAnsi="ArialMT"/>
          <w:color w:val="000000"/>
          <w:sz w:val="24"/>
          <w:lang w:val="hu-HU"/>
        </w:rPr>
        <w:t>2026. június</w:t>
      </w:r>
    </w:p>
    <w:p w14:paraId="16393EA6" w14:textId="5B6E6C66" w:rsidR="0082319F" w:rsidRPr="00294A1D" w:rsidRDefault="00174E83" w:rsidP="00086BB3">
      <w:pPr>
        <w:rPr>
          <w:lang w:val="hu-HU"/>
        </w:rPr>
      </w:pPr>
      <w:r w:rsidRPr="00294A1D">
        <w:rPr>
          <w:lang w:val="hu-HU"/>
        </w:rPr>
        <w:br w:type="page"/>
      </w:r>
    </w:p>
    <w:p w14:paraId="2D2522EC" w14:textId="77777777" w:rsidR="0082319F" w:rsidRPr="00294A1D" w:rsidRDefault="004755F0" w:rsidP="00C95036">
      <w:pPr>
        <w:pStyle w:val="Cmsor1"/>
        <w:rPr>
          <w:rFonts w:hint="eastAsia"/>
          <w:lang w:val="hu-HU"/>
        </w:rPr>
      </w:pPr>
      <w:bookmarkStart w:id="1" w:name="_Toc233239884"/>
      <w:r w:rsidRPr="00294A1D">
        <w:rPr>
          <w:lang w:val="hu-HU"/>
        </w:rPr>
        <w:lastRenderedPageBreak/>
        <w:t>3 Bevezetés</w:t>
      </w:r>
      <w:bookmarkEnd w:id="1"/>
      <w:r w:rsidRPr="00294A1D">
        <w:rPr>
          <w:lang w:val="hu-HU"/>
        </w:rPr>
        <w:t xml:space="preserve"> </w:t>
      </w:r>
    </w:p>
    <w:p w14:paraId="04B98F8E" w14:textId="77777777" w:rsidR="0082319F" w:rsidRPr="00C95036" w:rsidRDefault="004755F0" w:rsidP="00C95036">
      <w:pPr>
        <w:pStyle w:val="Cmsor2"/>
        <w:rPr>
          <w:rFonts w:hint="eastAsia"/>
        </w:rPr>
      </w:pPr>
      <w:bookmarkStart w:id="2" w:name="_Toc233239885"/>
      <w:r w:rsidRPr="00C95036">
        <w:t xml:space="preserve">3.1 Az </w:t>
      </w:r>
      <w:proofErr w:type="spellStart"/>
      <w:r w:rsidRPr="00C95036">
        <w:t>alkalmazás</w:t>
      </w:r>
      <w:proofErr w:type="spellEnd"/>
      <w:r w:rsidRPr="00C95036">
        <w:t xml:space="preserve"> </w:t>
      </w:r>
      <w:proofErr w:type="spellStart"/>
      <w:r w:rsidRPr="00C95036">
        <w:t>célja</w:t>
      </w:r>
      <w:proofErr w:type="spellEnd"/>
      <w:r w:rsidRPr="00C95036">
        <w:t xml:space="preserve"> </w:t>
      </w:r>
      <w:proofErr w:type="spellStart"/>
      <w:r w:rsidRPr="00C95036">
        <w:t>és</w:t>
      </w:r>
      <w:proofErr w:type="spellEnd"/>
      <w:r w:rsidRPr="00C95036">
        <w:t xml:space="preserve"> </w:t>
      </w:r>
      <w:proofErr w:type="spellStart"/>
      <w:r w:rsidRPr="00C95036">
        <w:t>feladata</w:t>
      </w:r>
      <w:bookmarkEnd w:id="2"/>
      <w:proofErr w:type="spellEnd"/>
      <w:r w:rsidRPr="00C95036">
        <w:t xml:space="preserve"> </w:t>
      </w:r>
    </w:p>
    <w:p w14:paraId="5DC4E991" w14:textId="6B42670E" w:rsidR="0082319F" w:rsidRPr="00294A1D" w:rsidRDefault="00086BB3">
      <w:pPr>
        <w:autoSpaceDE w:val="0"/>
        <w:autoSpaceDN w:val="0"/>
        <w:spacing w:before="180" w:after="0" w:line="308" w:lineRule="exact"/>
        <w:ind w:right="24"/>
        <w:jc w:val="both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</w:t>
      </w:r>
      <w:proofErr w:type="spellStart"/>
      <w:r w:rsidRPr="00294A1D">
        <w:rPr>
          <w:rFonts w:ascii="ArialMT" w:eastAsia="ArialMT" w:hAnsi="ArialMT"/>
          <w:b/>
          <w:bCs/>
          <w:color w:val="000000"/>
          <w:sz w:val="24"/>
          <w:lang w:val="hu-HU"/>
        </w:rPr>
        <w:t>DACentral</w:t>
      </w:r>
      <w:proofErr w:type="spellEnd"/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alkalmazás célja egy egységes, biztonságos és hatékony elektronikus adatcsere-keretrendszer kialakítása, amely összefogja és támogatja az EU DAC irányelv által előírt valamennyi adatcsere-folyamatot.</w:t>
      </w:r>
      <w:r w:rsidR="00294A1D" w:rsidRPr="00294A1D">
        <w:t xml:space="preserve"> </w:t>
      </w:r>
      <w:r w:rsidR="00294A1D" w:rsidRPr="00294A1D">
        <w:rPr>
          <w:rFonts w:ascii="ArialMT" w:eastAsia="ArialMT" w:hAnsi="ArialMT"/>
          <w:color w:val="000000"/>
          <w:sz w:val="24"/>
          <w:lang w:val="hu-HU"/>
        </w:rPr>
        <w:t>A rendszer</w:t>
      </w:r>
      <w:r w:rsidR="00294A1D">
        <w:rPr>
          <w:rFonts w:ascii="ArialMT" w:eastAsia="ArialMT" w:hAnsi="ArialMT"/>
          <w:color w:val="000000"/>
          <w:sz w:val="24"/>
          <w:lang w:val="hu-HU"/>
        </w:rPr>
        <w:t xml:space="preserve"> </w:t>
      </w:r>
      <w:r w:rsidR="00294A1D" w:rsidRPr="00294A1D">
        <w:rPr>
          <w:rFonts w:ascii="ArialMT" w:eastAsia="ArialMT" w:hAnsi="ArialMT"/>
          <w:color w:val="000000"/>
          <w:sz w:val="24"/>
          <w:lang w:val="hu-HU"/>
        </w:rPr>
        <w:t>egységes, integrált platformot nyújt az adózók számára a jelenlegi és jövőbeni DAC adatszolgáltatások teljesítéséhez.</w:t>
      </w:r>
    </w:p>
    <w:p w14:paraId="7EC20E89" w14:textId="3E421157" w:rsidR="00294A1D" w:rsidRDefault="004755F0">
      <w:pPr>
        <w:autoSpaceDE w:val="0"/>
        <w:autoSpaceDN w:val="0"/>
        <w:spacing w:before="166" w:after="0" w:line="268" w:lineRule="exact"/>
        <w:rPr>
          <w:rFonts w:ascii="ArialMT" w:eastAsia="ArialMT" w:hAnsi="ArialMT"/>
          <w:color w:val="000000"/>
          <w:sz w:val="24"/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Jelenleg </w:t>
      </w:r>
      <w:r w:rsidR="00294A1D">
        <w:rPr>
          <w:rFonts w:ascii="ArialMT" w:eastAsia="ArialMT" w:hAnsi="ArialMT"/>
          <w:color w:val="000000"/>
          <w:sz w:val="24"/>
          <w:lang w:val="hu-HU"/>
        </w:rPr>
        <w:t>a következő folyamatok támogatottak:</w:t>
      </w:r>
    </w:p>
    <w:p w14:paraId="5FFD8CFC" w14:textId="57EE03FB" w:rsidR="00294A1D" w:rsidRPr="00294A1D" w:rsidRDefault="00294A1D" w:rsidP="00294A1D">
      <w:pPr>
        <w:pStyle w:val="Listaszerbekezds"/>
        <w:numPr>
          <w:ilvl w:val="0"/>
          <w:numId w:val="13"/>
        </w:numPr>
        <w:autoSpaceDE w:val="0"/>
        <w:autoSpaceDN w:val="0"/>
        <w:spacing w:before="166" w:after="0" w:line="268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>DAC8/CARF regisztrációs felület</w:t>
      </w:r>
    </w:p>
    <w:p w14:paraId="6EA475FE" w14:textId="6E4E1D9B" w:rsidR="0082319F" w:rsidRPr="00294A1D" w:rsidRDefault="00294A1D" w:rsidP="00294A1D">
      <w:pPr>
        <w:pStyle w:val="Listaszerbekezds"/>
        <w:numPr>
          <w:ilvl w:val="0"/>
          <w:numId w:val="13"/>
        </w:numPr>
        <w:autoSpaceDE w:val="0"/>
        <w:autoSpaceDN w:val="0"/>
        <w:spacing w:before="166" w:after="0" w:line="268" w:lineRule="exact"/>
        <w:rPr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>DAC9 M2M gépi adatszolgáltatás támogatása</w:t>
      </w:r>
    </w:p>
    <w:p w14:paraId="50E21D55" w14:textId="77777777" w:rsidR="0082319F" w:rsidRPr="00294A1D" w:rsidRDefault="0082319F">
      <w:pPr>
        <w:autoSpaceDE w:val="0"/>
        <w:autoSpaceDN w:val="0"/>
        <w:spacing w:after="474" w:line="220" w:lineRule="exact"/>
        <w:rPr>
          <w:lang w:val="hu-HU"/>
        </w:rPr>
      </w:pPr>
    </w:p>
    <w:p w14:paraId="0D8C209F" w14:textId="77777777" w:rsidR="0082319F" w:rsidRPr="00294A1D" w:rsidRDefault="004755F0" w:rsidP="00C95036">
      <w:pPr>
        <w:pStyle w:val="Cmsor1"/>
        <w:rPr>
          <w:rFonts w:hint="eastAsia"/>
          <w:lang w:val="hu-HU"/>
        </w:rPr>
      </w:pPr>
      <w:bookmarkStart w:id="3" w:name="_Toc233239886"/>
      <w:r w:rsidRPr="00294A1D">
        <w:rPr>
          <w:lang w:val="hu-HU"/>
        </w:rPr>
        <w:t>4 Az alkalmazások elérése</w:t>
      </w:r>
      <w:bookmarkEnd w:id="3"/>
      <w:r w:rsidRPr="00294A1D">
        <w:rPr>
          <w:lang w:val="hu-HU"/>
        </w:rPr>
        <w:t xml:space="preserve"> </w:t>
      </w:r>
    </w:p>
    <w:p w14:paraId="705BC729" w14:textId="77777777" w:rsidR="00C95036" w:rsidRDefault="004755F0" w:rsidP="00C95036">
      <w:pPr>
        <w:autoSpaceDE w:val="0"/>
        <w:autoSpaceDN w:val="0"/>
        <w:spacing w:before="280" w:after="0" w:line="298" w:lineRule="exact"/>
        <w:rPr>
          <w:rFonts w:ascii="ArialMT" w:eastAsia="ArialMT" w:hAnsi="ArialMT"/>
          <w:color w:val="000000"/>
          <w:sz w:val="24"/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</w:t>
      </w:r>
      <w:proofErr w:type="spellStart"/>
      <w:r w:rsidR="00C95036" w:rsidRPr="00C95036">
        <w:rPr>
          <w:rFonts w:ascii="ArialMT" w:eastAsia="ArialMT" w:hAnsi="ArialMT"/>
          <w:b/>
          <w:bCs/>
          <w:color w:val="000000"/>
          <w:sz w:val="24"/>
          <w:lang w:val="hu-HU"/>
        </w:rPr>
        <w:t>DACentral</w:t>
      </w:r>
      <w:proofErr w:type="spellEnd"/>
      <w:r w:rsidR="00C95036">
        <w:rPr>
          <w:rFonts w:ascii="ArialMT" w:eastAsia="ArialMT" w:hAnsi="ArialMT"/>
          <w:color w:val="000000"/>
          <w:sz w:val="24"/>
          <w:lang w:val="hu-HU"/>
        </w:rPr>
        <w:t xml:space="preserve"> 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tesztrendszer a </w:t>
      </w:r>
      <w:hyperlink r:id="rId11" w:history="1">
        <w:r w:rsidR="00C95036">
          <w:rPr>
            <w:rFonts w:ascii="ArialMT" w:eastAsia="ArialMT" w:hAnsi="ArialMT"/>
            <w:color w:val="467885"/>
            <w:sz w:val="24"/>
            <w:u w:val="single"/>
            <w:lang w:val="hu-HU"/>
          </w:rPr>
          <w:t>https://dacentral-test.nav.gov.hu/</w:t>
        </w:r>
      </w:hyperlink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webcímen érhető el. </w:t>
      </w:r>
    </w:p>
    <w:p w14:paraId="59D94307" w14:textId="606DFDC4" w:rsidR="0082319F" w:rsidRPr="00294A1D" w:rsidRDefault="004755F0" w:rsidP="00C95036">
      <w:pPr>
        <w:autoSpaceDE w:val="0"/>
        <w:autoSpaceDN w:val="0"/>
        <w:spacing w:before="26" w:after="0" w:line="298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végleges rendszer a </w:t>
      </w:r>
      <w:hyperlink r:id="rId12" w:history="1">
        <w:r w:rsidRPr="00294A1D">
          <w:rPr>
            <w:rFonts w:ascii="ArialMT" w:eastAsia="ArialMT" w:hAnsi="ArialMT"/>
            <w:color w:val="467885"/>
            <w:sz w:val="24"/>
            <w:u w:val="single"/>
            <w:lang w:val="hu-HU"/>
          </w:rPr>
          <w:t>https://uam.nav.gov.hu/</w:t>
        </w:r>
      </w:hyperlink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</w:t>
      </w:r>
      <w:r w:rsidR="00C95036">
        <w:rPr>
          <w:rFonts w:ascii="ArialMT" w:eastAsia="ArialMT" w:hAnsi="ArialMT"/>
          <w:color w:val="000000"/>
          <w:sz w:val="24"/>
          <w:lang w:val="hu-HU"/>
        </w:rPr>
        <w:t>webcímen érhető el.</w:t>
      </w:r>
    </w:p>
    <w:p w14:paraId="73394B99" w14:textId="77777777" w:rsidR="0082319F" w:rsidRPr="00294A1D" w:rsidRDefault="004755F0" w:rsidP="00726E58">
      <w:pPr>
        <w:pStyle w:val="Cmsor1"/>
        <w:rPr>
          <w:rFonts w:hint="eastAsia"/>
          <w:lang w:val="hu-HU"/>
        </w:rPr>
      </w:pPr>
      <w:bookmarkStart w:id="4" w:name="_Toc233239887"/>
      <w:r w:rsidRPr="00294A1D">
        <w:rPr>
          <w:lang w:val="hu-HU"/>
        </w:rPr>
        <w:t xml:space="preserve">5 </w:t>
      </w:r>
      <w:proofErr w:type="spellStart"/>
      <w:r w:rsidRPr="00294A1D">
        <w:rPr>
          <w:lang w:val="hu-HU"/>
        </w:rPr>
        <w:t>Helpdesk</w:t>
      </w:r>
      <w:proofErr w:type="spellEnd"/>
      <w:r w:rsidRPr="00294A1D">
        <w:rPr>
          <w:lang w:val="hu-HU"/>
        </w:rPr>
        <w:t xml:space="preserve"> és technikai segítségnyújtás</w:t>
      </w:r>
      <w:bookmarkEnd w:id="4"/>
      <w:r w:rsidRPr="00294A1D">
        <w:rPr>
          <w:lang w:val="hu-HU"/>
        </w:rPr>
        <w:t xml:space="preserve"> </w:t>
      </w:r>
    </w:p>
    <w:p w14:paraId="7C481D71" w14:textId="77777777" w:rsidR="00726E58" w:rsidRDefault="00726E58" w:rsidP="00726E58">
      <w:pPr>
        <w:rPr>
          <w:lang w:val="hu-HU"/>
        </w:rPr>
      </w:pPr>
    </w:p>
    <w:p w14:paraId="0148E03E" w14:textId="366CDC5D" w:rsidR="0082319F" w:rsidRPr="00294A1D" w:rsidRDefault="004755F0" w:rsidP="00726E58">
      <w:pPr>
        <w:rPr>
          <w:lang w:val="hu-HU"/>
        </w:rPr>
      </w:pPr>
      <w:r w:rsidRPr="00726E58">
        <w:rPr>
          <w:rFonts w:ascii="ArialMT" w:hAnsi="ArialMT"/>
          <w:sz w:val="24"/>
          <w:szCs w:val="24"/>
          <w:lang w:val="hu-HU"/>
        </w:rPr>
        <w:t>A rendszerrel kapcsolatos kérdéssel és problémáv</w:t>
      </w:r>
      <w:r w:rsidR="00726E58">
        <w:rPr>
          <w:rFonts w:ascii="ArialMT" w:hAnsi="ArialMT"/>
          <w:sz w:val="24"/>
          <w:szCs w:val="24"/>
          <w:lang w:val="hu-HU"/>
        </w:rPr>
        <w:t>al az</w:t>
      </w:r>
      <w:r w:rsidR="00726E58">
        <w:rPr>
          <w:lang w:val="hu-HU"/>
        </w:rPr>
        <w:t xml:space="preserve"> 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alábbi linken keresztül küldött megkereséssel lehet fordulni: </w:t>
      </w:r>
    </w:p>
    <w:p w14:paraId="63CF5B26" w14:textId="77777777" w:rsidR="0082319F" w:rsidRPr="00294A1D" w:rsidRDefault="004755F0">
      <w:pPr>
        <w:autoSpaceDE w:val="0"/>
        <w:autoSpaceDN w:val="0"/>
        <w:spacing w:before="226" w:after="0" w:line="269" w:lineRule="auto"/>
        <w:ind w:left="360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https://www.nav.gov.hu/nav/e-ugyfsz/levelkuldes </w:t>
      </w:r>
    </w:p>
    <w:p w14:paraId="0F97AE7F" w14:textId="77777777" w:rsidR="0082319F" w:rsidRDefault="004755F0">
      <w:pPr>
        <w:autoSpaceDE w:val="0"/>
        <w:autoSpaceDN w:val="0"/>
        <w:spacing w:before="228" w:after="164" w:line="268" w:lineRule="exact"/>
        <w:rPr>
          <w:rFonts w:ascii="ArialMT" w:eastAsia="ArialMT" w:hAnsi="ArialMT"/>
          <w:color w:val="000000"/>
          <w:sz w:val="24"/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Telefonos elérhetőségek: </w:t>
      </w:r>
    </w:p>
    <w:p w14:paraId="70BEEF80" w14:textId="0C0E48ED" w:rsidR="000664A5" w:rsidRDefault="000664A5">
      <w:pPr>
        <w:autoSpaceDE w:val="0"/>
        <w:autoSpaceDN w:val="0"/>
        <w:spacing w:before="228" w:after="164" w:line="268" w:lineRule="exact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 xml:space="preserve">NAV </w:t>
      </w:r>
      <w:proofErr w:type="spellStart"/>
      <w:r>
        <w:rPr>
          <w:rFonts w:ascii="ArialMT" w:eastAsia="ArialMT" w:hAnsi="ArialMT"/>
          <w:color w:val="000000"/>
          <w:sz w:val="24"/>
          <w:lang w:val="hu-HU"/>
        </w:rPr>
        <w:t>Infovonala</w:t>
      </w:r>
      <w:proofErr w:type="spellEnd"/>
      <w:r>
        <w:rPr>
          <w:rFonts w:ascii="ArialMT" w:eastAsia="ArialMT" w:hAnsi="ArialMT"/>
          <w:color w:val="000000"/>
          <w:sz w:val="24"/>
          <w:lang w:val="hu-HU"/>
        </w:rPr>
        <w:t xml:space="preserve">: </w:t>
      </w:r>
      <w:r>
        <w:rPr>
          <w:rFonts w:ascii="ArialMT" w:eastAsia="ArialMT" w:hAnsi="ArialMT"/>
          <w:color w:val="000000"/>
          <w:sz w:val="24"/>
          <w:lang w:val="hu-HU"/>
        </w:rPr>
        <w:tab/>
      </w:r>
      <w:r>
        <w:rPr>
          <w:rFonts w:ascii="ArialMT" w:eastAsia="ArialMT" w:hAnsi="ArialMT"/>
          <w:color w:val="000000"/>
          <w:sz w:val="24"/>
          <w:lang w:val="hu-HU"/>
        </w:rPr>
        <w:tab/>
        <w:t>1819</w:t>
      </w:r>
    </w:p>
    <w:p w14:paraId="61069B5A" w14:textId="4F479F0A" w:rsidR="000664A5" w:rsidRDefault="000664A5">
      <w:pPr>
        <w:autoSpaceDE w:val="0"/>
        <w:autoSpaceDN w:val="0"/>
        <w:spacing w:before="228" w:after="164" w:line="268" w:lineRule="exact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>Külföldről:</w:t>
      </w:r>
      <w:r>
        <w:rPr>
          <w:rFonts w:ascii="ArialMT" w:eastAsia="ArialMT" w:hAnsi="ArialMT"/>
          <w:color w:val="000000"/>
          <w:sz w:val="24"/>
          <w:lang w:val="hu-HU"/>
        </w:rPr>
        <w:tab/>
      </w:r>
      <w:r>
        <w:rPr>
          <w:rFonts w:ascii="ArialMT" w:eastAsia="ArialMT" w:hAnsi="ArialMT"/>
          <w:color w:val="000000"/>
          <w:sz w:val="24"/>
          <w:lang w:val="hu-HU"/>
        </w:rPr>
        <w:tab/>
      </w:r>
      <w:r>
        <w:rPr>
          <w:rFonts w:ascii="ArialMT" w:eastAsia="ArialMT" w:hAnsi="ArialMT"/>
          <w:color w:val="000000"/>
          <w:sz w:val="24"/>
          <w:lang w:val="hu-HU"/>
        </w:rPr>
        <w:tab/>
        <w:t>+36-1-461-1819</w:t>
      </w:r>
    </w:p>
    <w:p w14:paraId="52665167" w14:textId="3969BE94" w:rsidR="000664A5" w:rsidRPr="00294A1D" w:rsidRDefault="000664A5">
      <w:pPr>
        <w:autoSpaceDE w:val="0"/>
        <w:autoSpaceDN w:val="0"/>
        <w:spacing w:before="228" w:after="164" w:line="268" w:lineRule="exact"/>
        <w:rPr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 xml:space="preserve">Technikai segítségnyújtás: </w:t>
      </w:r>
      <w:hyperlink r:id="rId13" w:history="1">
        <w:r w:rsidR="00D64C08" w:rsidRPr="00F415D9">
          <w:rPr>
            <w:rStyle w:val="Hiperhivatkozs"/>
          </w:rPr>
          <w:t>dac9_fejlesztok@nav.gov.hu</w:t>
        </w:r>
      </w:hyperlink>
    </w:p>
    <w:tbl>
      <w:tblPr>
        <w:tblpPr w:leftFromText="141" w:rightFromText="141" w:horzAnchor="page" w:tblpX="1996" w:tblpY="870"/>
        <w:tblW w:w="0" w:type="auto"/>
        <w:tblLayout w:type="fixed"/>
        <w:tblLook w:val="04A0" w:firstRow="1" w:lastRow="0" w:firstColumn="1" w:lastColumn="0" w:noHBand="0" w:noVBand="1"/>
      </w:tblPr>
      <w:tblGrid>
        <w:gridCol w:w="330"/>
        <w:gridCol w:w="498"/>
      </w:tblGrid>
      <w:tr w:rsidR="0082319F" w:rsidRPr="00294A1D" w14:paraId="2ACBFB96" w14:textId="77777777" w:rsidTr="000664A5">
        <w:trPr>
          <w:trHeight w:val="853"/>
        </w:trPr>
        <w:tc>
          <w:tcPr>
            <w:tcW w:w="330" w:type="dxa"/>
            <w:tcMar>
              <w:left w:w="0" w:type="dxa"/>
              <w:right w:w="0" w:type="dxa"/>
            </w:tcMar>
          </w:tcPr>
          <w:p w14:paraId="490DF61C" w14:textId="5768A35D" w:rsidR="0082319F" w:rsidRPr="00294A1D" w:rsidRDefault="0082319F" w:rsidP="000664A5">
            <w:pPr>
              <w:autoSpaceDE w:val="0"/>
              <w:autoSpaceDN w:val="0"/>
              <w:spacing w:before="98" w:after="0" w:line="292" w:lineRule="exact"/>
              <w:ind w:right="432"/>
              <w:rPr>
                <w:lang w:val="hu-HU"/>
              </w:rPr>
            </w:pPr>
          </w:p>
        </w:tc>
        <w:tc>
          <w:tcPr>
            <w:tcW w:w="498" w:type="dxa"/>
            <w:tcMar>
              <w:left w:w="0" w:type="dxa"/>
              <w:right w:w="0" w:type="dxa"/>
            </w:tcMar>
          </w:tcPr>
          <w:p w14:paraId="37A75DF3" w14:textId="263C87CE" w:rsidR="0048349E" w:rsidRPr="0048349E" w:rsidRDefault="0048349E" w:rsidP="000664A5">
            <w:pPr>
              <w:autoSpaceDE w:val="0"/>
              <w:autoSpaceDN w:val="0"/>
              <w:spacing w:before="98" w:after="0" w:line="292" w:lineRule="exact"/>
              <w:ind w:right="1872"/>
              <w:rPr>
                <w:rFonts w:ascii="ArialMT" w:eastAsia="ArialMT" w:hAnsi="ArialMT"/>
                <w:color w:val="000000"/>
                <w:sz w:val="24"/>
                <w:lang w:val="hu-HU"/>
              </w:rPr>
            </w:pPr>
          </w:p>
        </w:tc>
      </w:tr>
      <w:tr w:rsidR="0048349E" w:rsidRPr="00294A1D" w14:paraId="1D71CF61" w14:textId="77777777" w:rsidTr="000664A5">
        <w:trPr>
          <w:trHeight w:val="853"/>
        </w:trPr>
        <w:tc>
          <w:tcPr>
            <w:tcW w:w="330" w:type="dxa"/>
            <w:tcMar>
              <w:left w:w="0" w:type="dxa"/>
              <w:right w:w="0" w:type="dxa"/>
            </w:tcMar>
          </w:tcPr>
          <w:p w14:paraId="103DDCFF" w14:textId="0D3DCE9F" w:rsidR="0048349E" w:rsidRDefault="0048349E" w:rsidP="000664A5">
            <w:pPr>
              <w:autoSpaceDE w:val="0"/>
              <w:autoSpaceDN w:val="0"/>
              <w:spacing w:before="98" w:after="0" w:line="292" w:lineRule="exact"/>
              <w:ind w:right="1872"/>
              <w:rPr>
                <w:rFonts w:ascii="ArialMT" w:eastAsia="ArialMT" w:hAnsi="ArialMT"/>
                <w:color w:val="000000"/>
                <w:sz w:val="24"/>
                <w:lang w:val="hu-HU"/>
              </w:rPr>
            </w:pPr>
          </w:p>
        </w:tc>
        <w:tc>
          <w:tcPr>
            <w:tcW w:w="498" w:type="dxa"/>
            <w:tcMar>
              <w:left w:w="0" w:type="dxa"/>
              <w:right w:w="0" w:type="dxa"/>
            </w:tcMar>
          </w:tcPr>
          <w:p w14:paraId="3053E480" w14:textId="77777777" w:rsidR="0048349E" w:rsidRPr="00294A1D" w:rsidRDefault="0048349E" w:rsidP="000664A5">
            <w:pPr>
              <w:autoSpaceDE w:val="0"/>
              <w:autoSpaceDN w:val="0"/>
              <w:spacing w:before="98" w:after="0" w:line="292" w:lineRule="exact"/>
              <w:ind w:left="444" w:right="1872"/>
              <w:rPr>
                <w:rFonts w:ascii="ArialMT" w:eastAsia="ArialMT" w:hAnsi="ArialMT"/>
                <w:color w:val="000000"/>
                <w:sz w:val="24"/>
                <w:lang w:val="hu-HU"/>
              </w:rPr>
            </w:pPr>
          </w:p>
        </w:tc>
      </w:tr>
      <w:tr w:rsidR="0048349E" w:rsidRPr="00294A1D" w14:paraId="7FD85367" w14:textId="77777777" w:rsidTr="000664A5">
        <w:trPr>
          <w:trHeight w:val="853"/>
        </w:trPr>
        <w:tc>
          <w:tcPr>
            <w:tcW w:w="330" w:type="dxa"/>
            <w:tcMar>
              <w:left w:w="0" w:type="dxa"/>
              <w:right w:w="0" w:type="dxa"/>
            </w:tcMar>
          </w:tcPr>
          <w:p w14:paraId="12F3F48C" w14:textId="2029E488" w:rsidR="0048349E" w:rsidRPr="00294A1D" w:rsidRDefault="0048349E" w:rsidP="000664A5">
            <w:pPr>
              <w:autoSpaceDE w:val="0"/>
              <w:autoSpaceDN w:val="0"/>
              <w:spacing w:before="98" w:after="0" w:line="292" w:lineRule="exact"/>
              <w:ind w:left="444" w:right="1872"/>
              <w:rPr>
                <w:rFonts w:ascii="ArialMT" w:eastAsia="ArialMT" w:hAnsi="ArialMT"/>
                <w:color w:val="000000"/>
                <w:sz w:val="24"/>
                <w:lang w:val="hu-HU"/>
              </w:rPr>
            </w:pPr>
          </w:p>
        </w:tc>
        <w:tc>
          <w:tcPr>
            <w:tcW w:w="498" w:type="dxa"/>
            <w:tcMar>
              <w:left w:w="0" w:type="dxa"/>
              <w:right w:w="0" w:type="dxa"/>
            </w:tcMar>
          </w:tcPr>
          <w:p w14:paraId="33F95901" w14:textId="77777777" w:rsidR="0048349E" w:rsidRPr="00294A1D" w:rsidRDefault="0048349E" w:rsidP="000664A5">
            <w:pPr>
              <w:autoSpaceDE w:val="0"/>
              <w:autoSpaceDN w:val="0"/>
              <w:spacing w:before="98" w:after="0" w:line="292" w:lineRule="exact"/>
              <w:ind w:left="444" w:right="1872"/>
              <w:rPr>
                <w:rFonts w:ascii="ArialMT" w:eastAsia="ArialMT" w:hAnsi="ArialMT"/>
                <w:color w:val="000000"/>
                <w:sz w:val="24"/>
                <w:lang w:val="hu-HU"/>
              </w:rPr>
            </w:pPr>
          </w:p>
        </w:tc>
      </w:tr>
    </w:tbl>
    <w:p w14:paraId="6E7F67D4" w14:textId="672DF3E6" w:rsidR="0082319F" w:rsidRPr="00294A1D" w:rsidRDefault="0082319F">
      <w:pPr>
        <w:autoSpaceDE w:val="0"/>
        <w:autoSpaceDN w:val="0"/>
        <w:spacing w:before="2868" w:after="0" w:line="330" w:lineRule="exact"/>
        <w:ind w:right="20"/>
        <w:jc w:val="right"/>
        <w:rPr>
          <w:lang w:val="hu-HU"/>
        </w:rPr>
      </w:pPr>
    </w:p>
    <w:p w14:paraId="28BF3504" w14:textId="77777777" w:rsidR="0082319F" w:rsidRPr="00294A1D" w:rsidRDefault="0082319F">
      <w:pPr>
        <w:rPr>
          <w:lang w:val="hu-HU"/>
        </w:rPr>
        <w:sectPr w:rsidR="0082319F" w:rsidRPr="00294A1D">
          <w:pgSz w:w="11906" w:h="16838"/>
          <w:pgMar w:top="696" w:right="1350" w:bottom="482" w:left="1440" w:header="720" w:footer="720" w:gutter="0"/>
          <w:cols w:space="708"/>
          <w:docGrid w:linePitch="360"/>
        </w:sectPr>
      </w:pPr>
    </w:p>
    <w:p w14:paraId="57EB0DEC" w14:textId="51533754" w:rsidR="0082319F" w:rsidRDefault="00DE6087" w:rsidP="00DE6087">
      <w:pPr>
        <w:pStyle w:val="Cmsor1"/>
        <w:rPr>
          <w:rFonts w:hint="eastAsia"/>
          <w:lang w:val="hu-HU"/>
        </w:rPr>
      </w:pPr>
      <w:bookmarkStart w:id="5" w:name="_Toc233239888"/>
      <w:r>
        <w:rPr>
          <w:lang w:val="hu-HU"/>
        </w:rPr>
        <w:lastRenderedPageBreak/>
        <w:t>6</w:t>
      </w:r>
      <w:r w:rsidR="004755F0" w:rsidRPr="00294A1D">
        <w:rPr>
          <w:lang w:val="hu-HU"/>
        </w:rPr>
        <w:t xml:space="preserve"> Javasolt első lépések a rendszer használatához</w:t>
      </w:r>
      <w:bookmarkEnd w:id="5"/>
      <w:r w:rsidR="004755F0" w:rsidRPr="00294A1D">
        <w:rPr>
          <w:lang w:val="hu-HU"/>
        </w:rPr>
        <w:t xml:space="preserve"> </w:t>
      </w:r>
    </w:p>
    <w:p w14:paraId="436285B0" w14:textId="77777777" w:rsidR="00DE6087" w:rsidRDefault="00DE6087" w:rsidP="00DE6087">
      <w:pPr>
        <w:rPr>
          <w:lang w:val="hu-HU"/>
        </w:rPr>
      </w:pPr>
    </w:p>
    <w:p w14:paraId="1A19CADD" w14:textId="77777777" w:rsidR="00395EE5" w:rsidRDefault="00DE6087" w:rsidP="00DE6087">
      <w:pPr>
        <w:rPr>
          <w:rFonts w:ascii="ArialMT" w:hAnsi="ArialMT" w:hint="eastAsia"/>
          <w:sz w:val="24"/>
          <w:szCs w:val="24"/>
          <w:lang w:val="hu-HU"/>
        </w:rPr>
      </w:pPr>
      <w:r w:rsidRPr="00DE6087">
        <w:rPr>
          <w:rFonts w:ascii="ArialMT" w:hAnsi="ArialMT"/>
          <w:sz w:val="24"/>
          <w:szCs w:val="24"/>
          <w:lang w:val="hu-HU"/>
        </w:rPr>
        <w:t xml:space="preserve">A </w:t>
      </w:r>
      <w:proofErr w:type="spellStart"/>
      <w:r w:rsidRPr="00DE6087">
        <w:rPr>
          <w:rFonts w:ascii="ArialMT" w:hAnsi="ArialMT"/>
          <w:b/>
          <w:bCs/>
          <w:sz w:val="24"/>
          <w:szCs w:val="24"/>
          <w:lang w:val="hu-HU"/>
        </w:rPr>
        <w:t>DACentral</w:t>
      </w:r>
      <w:proofErr w:type="spellEnd"/>
      <w:r w:rsidRPr="00DE6087">
        <w:rPr>
          <w:rFonts w:ascii="ArialMT" w:hAnsi="ArialMT"/>
          <w:sz w:val="24"/>
          <w:szCs w:val="24"/>
          <w:lang w:val="hu-HU"/>
        </w:rPr>
        <w:t xml:space="preserve"> használata előtt </w:t>
      </w:r>
      <w:r>
        <w:rPr>
          <w:rFonts w:ascii="ArialMT" w:hAnsi="ArialMT"/>
          <w:sz w:val="24"/>
          <w:szCs w:val="24"/>
          <w:lang w:val="hu-HU"/>
        </w:rPr>
        <w:t>ismerkedjen meg a NAV Felhasználókezelő</w:t>
      </w:r>
      <w:r w:rsidR="00395EE5">
        <w:rPr>
          <w:rFonts w:ascii="ArialMT" w:hAnsi="ArialMT"/>
          <w:sz w:val="24"/>
          <w:szCs w:val="24"/>
          <w:lang w:val="hu-HU"/>
        </w:rPr>
        <w:t xml:space="preserve"> (UAM)</w:t>
      </w:r>
      <w:r>
        <w:rPr>
          <w:rFonts w:ascii="ArialMT" w:hAnsi="ArialMT"/>
          <w:sz w:val="24"/>
          <w:szCs w:val="24"/>
          <w:lang w:val="hu-HU"/>
        </w:rPr>
        <w:t xml:space="preserve"> </w:t>
      </w:r>
      <w:r w:rsidR="00395EE5">
        <w:rPr>
          <w:rFonts w:ascii="ArialMT" w:hAnsi="ArialMT"/>
          <w:sz w:val="24"/>
          <w:szCs w:val="24"/>
          <w:lang w:val="hu-HU"/>
        </w:rPr>
        <w:t xml:space="preserve">használatával. </w:t>
      </w:r>
    </w:p>
    <w:p w14:paraId="618EDB3D" w14:textId="76372AF2" w:rsidR="00395EE5" w:rsidRDefault="00395EE5" w:rsidP="00DE6087">
      <w:pPr>
        <w:rPr>
          <w:rFonts w:ascii="ArialMT" w:hAnsi="ArialMT" w:hint="eastAsia"/>
          <w:sz w:val="24"/>
          <w:szCs w:val="24"/>
          <w:lang w:val="hu-HU"/>
        </w:rPr>
      </w:pPr>
      <w:r>
        <w:rPr>
          <w:rFonts w:ascii="ArialMT" w:hAnsi="ArialMT"/>
          <w:sz w:val="24"/>
          <w:szCs w:val="24"/>
          <w:lang w:val="hu-HU"/>
        </w:rPr>
        <w:t xml:space="preserve">A dokumentáció itt érhető el: </w:t>
      </w:r>
      <w:hyperlink r:id="rId14" w:history="1">
        <w:r w:rsidR="00352DE2" w:rsidRPr="00352DE2">
          <w:rPr>
            <w:rStyle w:val="Hiperhivatkozs"/>
            <w:rFonts w:ascii="ArialMT" w:hAnsi="ArialMT" w:hint="eastAsia"/>
            <w:sz w:val="24"/>
            <w:szCs w:val="24"/>
            <w:lang w:val="hu-HU"/>
          </w:rPr>
          <w:t>NAV Felhasználókezelő felhasználói kézikönyv</w:t>
        </w:r>
      </w:hyperlink>
    </w:p>
    <w:p w14:paraId="0EC99B7F" w14:textId="532CC346" w:rsidR="00DE6087" w:rsidRPr="00DE6087" w:rsidRDefault="00352DE2" w:rsidP="00DE6087">
      <w:pPr>
        <w:rPr>
          <w:rFonts w:ascii="ArialMT" w:hAnsi="ArialMT" w:hint="eastAsia"/>
          <w:sz w:val="24"/>
          <w:szCs w:val="24"/>
          <w:lang w:val="hu-HU"/>
        </w:rPr>
      </w:pPr>
      <w:r>
        <w:rPr>
          <w:rFonts w:ascii="ArialMT" w:hAnsi="ArialMT"/>
          <w:sz w:val="24"/>
          <w:szCs w:val="24"/>
          <w:lang w:val="hu-HU"/>
        </w:rPr>
        <w:t>Többek között</w:t>
      </w:r>
      <w:r w:rsidR="00395EE5">
        <w:rPr>
          <w:rFonts w:ascii="ArialMT" w:hAnsi="ArialMT"/>
          <w:sz w:val="24"/>
          <w:szCs w:val="24"/>
          <w:lang w:val="hu-HU"/>
        </w:rPr>
        <w:t xml:space="preserve"> leírja hogyan kell belépni a NAV rendszereibe, hogyan kell</w:t>
      </w:r>
      <w:r w:rsidR="00DE6087" w:rsidRPr="00DE6087">
        <w:rPr>
          <w:rFonts w:ascii="ArialMT" w:hAnsi="ArialMT"/>
          <w:sz w:val="24"/>
          <w:szCs w:val="24"/>
          <w:lang w:val="hu-HU"/>
        </w:rPr>
        <w:t xml:space="preserve"> </w:t>
      </w:r>
      <w:r>
        <w:rPr>
          <w:rFonts w:ascii="ArialMT" w:hAnsi="ArialMT"/>
          <w:sz w:val="24"/>
          <w:szCs w:val="24"/>
          <w:lang w:val="hu-HU"/>
        </w:rPr>
        <w:t>képviselt céget választani és hogyan lehet technikai felhasználót létrehozni.</w:t>
      </w:r>
    </w:p>
    <w:p w14:paraId="6F820626" w14:textId="4C5DE0B6" w:rsidR="0082319F" w:rsidRPr="003B606C" w:rsidRDefault="004755F0" w:rsidP="003B606C">
      <w:pPr>
        <w:pStyle w:val="Listaszerbekezds"/>
        <w:numPr>
          <w:ilvl w:val="0"/>
          <w:numId w:val="14"/>
        </w:numPr>
        <w:rPr>
          <w:rFonts w:ascii="ArialMT" w:hAnsi="ArialMT" w:hint="eastAsia"/>
          <w:b/>
          <w:bCs/>
          <w:sz w:val="24"/>
          <w:szCs w:val="24"/>
          <w:u w:val="single"/>
          <w:lang w:val="hu-HU"/>
        </w:rPr>
      </w:pPr>
      <w:r w:rsidRPr="003B606C">
        <w:rPr>
          <w:rFonts w:ascii="ArialMT" w:hAnsi="ArialMT"/>
          <w:b/>
          <w:bCs/>
          <w:sz w:val="24"/>
          <w:szCs w:val="24"/>
          <w:u w:val="single"/>
          <w:lang w:val="hu-HU"/>
        </w:rPr>
        <w:t xml:space="preserve">Kezdőlap </w:t>
      </w:r>
    </w:p>
    <w:p w14:paraId="6A32E3D3" w14:textId="77777777" w:rsidR="0082319F" w:rsidRPr="00294A1D" w:rsidRDefault="004755F0" w:rsidP="003B606C">
      <w:pPr>
        <w:autoSpaceDE w:val="0"/>
        <w:autoSpaceDN w:val="0"/>
        <w:spacing w:before="98" w:after="0" w:line="296" w:lineRule="exact"/>
        <w:jc w:val="both"/>
        <w:rPr>
          <w:lang w:val="hu-HU"/>
        </w:rPr>
      </w:pPr>
      <w:proofErr w:type="spellStart"/>
      <w:r w:rsidRPr="00352DE2">
        <w:rPr>
          <w:rFonts w:ascii="ArialMT" w:eastAsia="ArialMT" w:hAnsi="ArialMT"/>
          <w:color w:val="000000"/>
          <w:sz w:val="24"/>
          <w:szCs w:val="24"/>
          <w:lang w:val="hu-HU"/>
        </w:rPr>
        <w:t>Győződjön</w:t>
      </w:r>
      <w:proofErr w:type="spellEnd"/>
      <w:r w:rsidRPr="00352DE2">
        <w:rPr>
          <w:rFonts w:ascii="ArialMT" w:eastAsia="ArialMT" w:hAnsi="ArialMT"/>
          <w:color w:val="000000"/>
          <w:sz w:val="24"/>
          <w:szCs w:val="24"/>
          <w:lang w:val="hu-HU"/>
        </w:rPr>
        <w:t xml:space="preserve"> meg arról</w:t>
      </w:r>
      <w:r w:rsidRPr="00294A1D">
        <w:rPr>
          <w:rFonts w:ascii="ArialMT" w:eastAsia="ArialMT" w:hAnsi="ArialMT"/>
          <w:color w:val="000000"/>
          <w:sz w:val="24"/>
          <w:lang w:val="hu-HU"/>
        </w:rPr>
        <w:t>, hogy rendelkezik-</w:t>
      </w:r>
      <w:r w:rsidRPr="003B606C">
        <w:rPr>
          <w:rFonts w:ascii="ArialMT" w:eastAsia="ArialMT" w:hAnsi="ArialMT"/>
          <w:b/>
          <w:bCs/>
          <w:color w:val="000000"/>
          <w:sz w:val="24"/>
          <w:lang w:val="hu-HU"/>
        </w:rPr>
        <w:t xml:space="preserve">e a </w:t>
      </w:r>
      <w:r w:rsidRPr="003B606C">
        <w:rPr>
          <w:rFonts w:ascii="Arial" w:eastAsia="Arial" w:hAnsi="Arial"/>
          <w:b/>
          <w:bCs/>
          <w:color w:val="000000"/>
          <w:sz w:val="24"/>
          <w:lang w:val="hu-HU"/>
        </w:rPr>
        <w:t>felület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használatához szükséges </w:t>
      </w:r>
      <w:r w:rsidRPr="003B606C">
        <w:rPr>
          <w:rFonts w:ascii="Arial" w:eastAsia="Arial" w:hAnsi="Arial"/>
          <w:bCs/>
          <w:color w:val="000000"/>
          <w:sz w:val="24"/>
          <w:lang w:val="hu-HU"/>
        </w:rPr>
        <w:t>informatikai feltételek</w:t>
      </w:r>
      <w:r w:rsidRPr="003B606C">
        <w:rPr>
          <w:rFonts w:ascii="ArialMT" w:eastAsia="ArialMT" w:hAnsi="ArialMT"/>
          <w:bCs/>
          <w:color w:val="000000"/>
          <w:sz w:val="24"/>
          <w:lang w:val="hu-HU"/>
        </w:rPr>
        <w:t>kel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! </w:t>
      </w:r>
    </w:p>
    <w:p w14:paraId="3D5B17F4" w14:textId="77777777" w:rsidR="0082319F" w:rsidRPr="00294A1D" w:rsidRDefault="004755F0">
      <w:pPr>
        <w:autoSpaceDE w:val="0"/>
        <w:autoSpaceDN w:val="0"/>
        <w:spacing w:before="188" w:after="0" w:line="288" w:lineRule="auto"/>
        <w:ind w:left="360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2. </w:t>
      </w:r>
      <w:r w:rsidRPr="00294A1D">
        <w:rPr>
          <w:rFonts w:ascii="Arial" w:eastAsia="Arial" w:hAnsi="Arial"/>
          <w:b/>
          <w:color w:val="000000"/>
          <w:sz w:val="24"/>
          <w:u w:val="single"/>
          <w:lang w:val="hu-HU"/>
        </w:rPr>
        <w:t>Bejelentkezés elsődleges felhasználóként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 </w:t>
      </w:r>
    </w:p>
    <w:p w14:paraId="6AB2C09B" w14:textId="77777777" w:rsidR="0082319F" w:rsidRPr="00294A1D" w:rsidRDefault="004755F0">
      <w:pPr>
        <w:tabs>
          <w:tab w:val="left" w:pos="1434"/>
        </w:tabs>
        <w:autoSpaceDE w:val="0"/>
        <w:autoSpaceDN w:val="0"/>
        <w:spacing w:before="152" w:after="0" w:line="276" w:lineRule="exact"/>
        <w:ind w:left="1078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Jelentkezzen be az alkalmazásba, ha Ön adózó, törvényes képviselő vagy NAV-hoz bejelentett állandó meghatalmazott! </w:t>
      </w:r>
    </w:p>
    <w:p w14:paraId="6693F9C2" w14:textId="77777777" w:rsidR="0082319F" w:rsidRPr="003B606C" w:rsidRDefault="004755F0">
      <w:pPr>
        <w:tabs>
          <w:tab w:val="left" w:pos="1434"/>
        </w:tabs>
        <w:autoSpaceDE w:val="0"/>
        <w:autoSpaceDN w:val="0"/>
        <w:spacing w:before="290" w:after="0" w:line="278" w:lineRule="exact"/>
        <w:ind w:left="1078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Ha Ön több adózó képviseletére is jogosult, az </w:t>
      </w:r>
      <w:r w:rsidRPr="003B606C">
        <w:rPr>
          <w:rFonts w:ascii="ArialMT" w:eastAsia="ArialMT" w:hAnsi="ArialMT"/>
          <w:color w:val="000000"/>
          <w:sz w:val="24"/>
          <w:lang w:val="hu-HU"/>
        </w:rPr>
        <w:t>‘</w:t>
      </w:r>
      <w:r w:rsidRPr="003B606C">
        <w:rPr>
          <w:rFonts w:ascii="Arial" w:eastAsia="Arial" w:hAnsi="Arial"/>
          <w:color w:val="000000"/>
          <w:sz w:val="24"/>
          <w:lang w:val="hu-HU"/>
        </w:rPr>
        <w:t>Adózó-felhasználó kapcsolatok</w:t>
      </w:r>
      <w:r w:rsidRPr="003B606C">
        <w:rPr>
          <w:rFonts w:ascii="ArialMT" w:eastAsia="ArialMT" w:hAnsi="ArialMT"/>
          <w:color w:val="000000"/>
          <w:sz w:val="24"/>
          <w:lang w:val="hu-HU"/>
        </w:rPr>
        <w:t xml:space="preserve">’ felületen válassza ki a megfelelő adózót. </w:t>
      </w:r>
    </w:p>
    <w:p w14:paraId="55E1868E" w14:textId="6AB4B995" w:rsidR="0082319F" w:rsidRPr="00294A1D" w:rsidRDefault="004755F0">
      <w:pPr>
        <w:autoSpaceDE w:val="0"/>
        <w:autoSpaceDN w:val="0"/>
        <w:spacing w:before="222" w:after="0" w:line="288" w:lineRule="auto"/>
        <w:ind w:left="360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3. </w:t>
      </w:r>
      <w:r w:rsidRPr="00294A1D">
        <w:rPr>
          <w:rFonts w:ascii="Arial" w:eastAsia="Arial" w:hAnsi="Arial"/>
          <w:b/>
          <w:color w:val="000000"/>
          <w:sz w:val="24"/>
          <w:u w:val="single"/>
          <w:lang w:val="hu-HU"/>
        </w:rPr>
        <w:t xml:space="preserve">Technikai felhasználó </w:t>
      </w:r>
      <w:r w:rsidR="003B606C">
        <w:rPr>
          <w:rFonts w:ascii="Arial" w:eastAsia="Arial" w:hAnsi="Arial"/>
          <w:b/>
          <w:color w:val="000000"/>
          <w:sz w:val="24"/>
          <w:u w:val="single"/>
          <w:lang w:val="hu-HU"/>
        </w:rPr>
        <w:t>létrehoz</w:t>
      </w:r>
      <w:r w:rsidRPr="00294A1D">
        <w:rPr>
          <w:rFonts w:ascii="Arial" w:eastAsia="Arial" w:hAnsi="Arial"/>
          <w:b/>
          <w:color w:val="000000"/>
          <w:sz w:val="24"/>
          <w:u w:val="single"/>
          <w:lang w:val="hu-HU"/>
        </w:rPr>
        <w:t>ása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 </w:t>
      </w:r>
    </w:p>
    <w:p w14:paraId="70E4336B" w14:textId="77777777" w:rsidR="003B606C" w:rsidRDefault="003B606C">
      <w:pPr>
        <w:autoSpaceDE w:val="0"/>
        <w:autoSpaceDN w:val="0"/>
        <w:spacing w:before="82" w:after="0" w:line="288" w:lineRule="auto"/>
        <w:rPr>
          <w:rFonts w:ascii="Arial" w:eastAsia="Arial" w:hAnsi="Arial"/>
          <w:bCs/>
          <w:color w:val="000000"/>
          <w:sz w:val="24"/>
          <w:u w:val="single"/>
          <w:lang w:val="hu-HU"/>
        </w:rPr>
      </w:pPr>
    </w:p>
    <w:p w14:paraId="6FC55621" w14:textId="32408968" w:rsidR="0082319F" w:rsidRPr="003B606C" w:rsidRDefault="004755F0">
      <w:pPr>
        <w:autoSpaceDE w:val="0"/>
        <w:autoSpaceDN w:val="0"/>
        <w:spacing w:before="82" w:after="0" w:line="288" w:lineRule="auto"/>
        <w:rPr>
          <w:bCs/>
          <w:lang w:val="hu-HU"/>
        </w:rPr>
      </w:pPr>
      <w:r w:rsidRPr="003B606C">
        <w:rPr>
          <w:rFonts w:ascii="Arial" w:eastAsia="Arial" w:hAnsi="Arial"/>
          <w:bCs/>
          <w:color w:val="000000"/>
          <w:sz w:val="24"/>
          <w:u w:val="single"/>
          <w:lang w:val="hu-HU"/>
        </w:rPr>
        <w:t>Figyelem!</w:t>
      </w:r>
      <w:r w:rsidRPr="003B606C">
        <w:rPr>
          <w:rFonts w:ascii="Arial" w:eastAsia="Arial" w:hAnsi="Arial"/>
          <w:bCs/>
          <w:color w:val="000000"/>
          <w:sz w:val="24"/>
          <w:lang w:val="hu-HU"/>
        </w:rPr>
        <w:t xml:space="preserve"> </w:t>
      </w:r>
    </w:p>
    <w:p w14:paraId="00861EF6" w14:textId="0A5F739B" w:rsidR="0082319F" w:rsidRPr="003B606C" w:rsidRDefault="004755F0">
      <w:pPr>
        <w:autoSpaceDE w:val="0"/>
        <w:autoSpaceDN w:val="0"/>
        <w:spacing w:after="0" w:line="245" w:lineRule="auto"/>
        <w:ind w:right="28"/>
        <w:jc w:val="both"/>
        <w:rPr>
          <w:bCs/>
          <w:lang w:val="hu-HU"/>
        </w:rPr>
      </w:pPr>
      <w:r w:rsidRPr="003B606C">
        <w:rPr>
          <w:rFonts w:ascii="Arial" w:eastAsia="Arial" w:hAnsi="Arial"/>
          <w:bCs/>
          <w:color w:val="000000"/>
          <w:sz w:val="24"/>
          <w:lang w:val="hu-HU"/>
        </w:rPr>
        <w:t xml:space="preserve">A technikai felhasználó nem egy személy, hanem adatok összessége, mely az adózó programja és a NAV szervere közötti kommunikációhoz szükséges. A technikai felhasználó felhasználónevével és </w:t>
      </w:r>
      <w:proofErr w:type="spellStart"/>
      <w:r w:rsidRPr="003B606C">
        <w:rPr>
          <w:rFonts w:ascii="Arial" w:eastAsia="Arial" w:hAnsi="Arial"/>
          <w:bCs/>
          <w:color w:val="000000"/>
          <w:sz w:val="24"/>
          <w:lang w:val="hu-HU"/>
        </w:rPr>
        <w:t>jelszavával</w:t>
      </w:r>
      <w:proofErr w:type="spellEnd"/>
      <w:r w:rsidRPr="003B606C">
        <w:rPr>
          <w:rFonts w:ascii="Arial" w:eastAsia="Arial" w:hAnsi="Arial"/>
          <w:bCs/>
          <w:color w:val="000000"/>
          <w:sz w:val="24"/>
          <w:lang w:val="hu-HU"/>
        </w:rPr>
        <w:t xml:space="preserve"> nem lehet belépni az alkalmazásba! </w:t>
      </w:r>
    </w:p>
    <w:p w14:paraId="345E774B" w14:textId="65812D53" w:rsidR="0082319F" w:rsidRPr="003B606C" w:rsidRDefault="004755F0" w:rsidP="003338D3">
      <w:pPr>
        <w:autoSpaceDE w:val="0"/>
        <w:autoSpaceDN w:val="0"/>
        <w:spacing w:before="224" w:after="0" w:line="245" w:lineRule="auto"/>
        <w:jc w:val="both"/>
        <w:rPr>
          <w:bCs/>
          <w:lang w:val="hu-HU"/>
        </w:rPr>
      </w:pPr>
      <w:r w:rsidRPr="003B606C">
        <w:rPr>
          <w:rFonts w:ascii="Arial" w:eastAsia="Arial" w:hAnsi="Arial"/>
          <w:bCs/>
          <w:color w:val="000000"/>
          <w:sz w:val="24"/>
          <w:lang w:val="hu-HU"/>
        </w:rPr>
        <w:t xml:space="preserve">Az online </w:t>
      </w:r>
      <w:r w:rsidR="003338D3" w:rsidRPr="003B606C">
        <w:rPr>
          <w:rFonts w:ascii="Arial" w:eastAsia="Arial" w:hAnsi="Arial"/>
          <w:bCs/>
          <w:color w:val="000000"/>
          <w:sz w:val="24"/>
          <w:lang w:val="hu-HU"/>
        </w:rPr>
        <w:t>adat</w:t>
      </w:r>
      <w:r w:rsidRPr="003B606C">
        <w:rPr>
          <w:rFonts w:ascii="Arial" w:eastAsia="Arial" w:hAnsi="Arial"/>
          <w:bCs/>
          <w:color w:val="000000"/>
          <w:sz w:val="24"/>
          <w:lang w:val="hu-HU"/>
        </w:rPr>
        <w:t xml:space="preserve">szolgáltatás </w:t>
      </w:r>
      <w:r w:rsidRPr="003B606C">
        <w:rPr>
          <w:rFonts w:ascii="Arial" w:eastAsia="Arial" w:hAnsi="Arial"/>
          <w:bCs/>
          <w:color w:val="000000"/>
          <w:sz w:val="23"/>
          <w:lang w:val="hu-HU"/>
        </w:rPr>
        <w:t xml:space="preserve">gép-gép interfészen történő </w:t>
      </w:r>
      <w:r w:rsidRPr="003B606C">
        <w:rPr>
          <w:rFonts w:ascii="Arial" w:eastAsia="Arial" w:hAnsi="Arial"/>
          <w:bCs/>
          <w:color w:val="000000"/>
          <w:sz w:val="24"/>
          <w:lang w:val="hu-HU"/>
        </w:rPr>
        <w:t xml:space="preserve">teljesítéséhez, illetve az interfészen történő-lekérdezéshez minden esetben szükséges technikai felhasználó létrehozása. Technikai felhasználót csak elsődleges felhasználó hozhat létre. </w:t>
      </w:r>
    </w:p>
    <w:p w14:paraId="66B2053E" w14:textId="7D437AEC" w:rsidR="0082319F" w:rsidRPr="00294A1D" w:rsidRDefault="004755F0" w:rsidP="003338D3">
      <w:pPr>
        <w:tabs>
          <w:tab w:val="left" w:pos="2154"/>
        </w:tabs>
        <w:autoSpaceDE w:val="0"/>
        <w:autoSpaceDN w:val="0"/>
        <w:spacing w:before="184" w:after="0" w:line="280" w:lineRule="exact"/>
        <w:jc w:val="both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természetes személy adózó, az adózó törvényes képviselője, illetve állandó meghatalmazottja ún. </w:t>
      </w:r>
      <w:r w:rsidRPr="003B606C">
        <w:rPr>
          <w:rFonts w:ascii="Arial" w:eastAsia="Arial" w:hAnsi="Arial"/>
          <w:bCs/>
          <w:color w:val="000000"/>
          <w:sz w:val="24"/>
          <w:lang w:val="hu-HU"/>
        </w:rPr>
        <w:t>elsődleges felhasználó</w:t>
      </w:r>
      <w:r w:rsidRPr="003B606C">
        <w:rPr>
          <w:rFonts w:ascii="ArialMT" w:eastAsia="ArialMT" w:hAnsi="ArialMT"/>
          <w:bCs/>
          <w:color w:val="000000"/>
          <w:sz w:val="24"/>
          <w:lang w:val="hu-HU"/>
        </w:rPr>
        <w:t>nak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minősül. Az elsődleges felhasználó az első sikeres bejelentkezést </w:t>
      </w:r>
      <w:r w:rsidRPr="003B606C">
        <w:rPr>
          <w:rFonts w:ascii="ArialMT" w:eastAsia="ArialMT" w:hAnsi="ArialMT"/>
          <w:color w:val="000000"/>
          <w:sz w:val="24"/>
          <w:lang w:val="hu-HU"/>
        </w:rPr>
        <w:t xml:space="preserve">követően </w:t>
      </w:r>
      <w:r w:rsidRPr="003B606C">
        <w:rPr>
          <w:rFonts w:ascii="Arial" w:eastAsia="Arial" w:hAnsi="Arial"/>
          <w:color w:val="000000"/>
          <w:sz w:val="24"/>
          <w:lang w:val="hu-HU"/>
        </w:rPr>
        <w:t>teljeskörű jogosultság</w:t>
      </w:r>
      <w:r w:rsidRPr="003B606C">
        <w:rPr>
          <w:rFonts w:ascii="ArialMT" w:eastAsia="ArialMT" w:hAnsi="ArialMT"/>
          <w:color w:val="000000"/>
          <w:sz w:val="24"/>
          <w:lang w:val="hu-HU"/>
        </w:rPr>
        <w:t>gal rendelkezik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. Ez azt jelenti, hogy jogosult a webes felületek összes funkciójának végrehajtására, valamint a másodlagos és a technikai felhasználók jogosultságainak kezelésére mindaddig, míg az elsődleges felhasználó a törvényi feltételeknek megfelel. </w:t>
      </w:r>
    </w:p>
    <w:p w14:paraId="0913DE82" w14:textId="77777777" w:rsidR="0082319F" w:rsidRPr="003B606C" w:rsidRDefault="004755F0" w:rsidP="003338D3">
      <w:pPr>
        <w:autoSpaceDE w:val="0"/>
        <w:autoSpaceDN w:val="0"/>
        <w:spacing w:after="0" w:line="245" w:lineRule="auto"/>
        <w:jc w:val="both"/>
        <w:rPr>
          <w:bCs/>
          <w:lang w:val="hu-HU"/>
        </w:rPr>
      </w:pPr>
      <w:r w:rsidRPr="003B606C">
        <w:rPr>
          <w:rFonts w:ascii="Arial" w:eastAsia="Arial" w:hAnsi="Arial"/>
          <w:bCs/>
          <w:color w:val="000000"/>
          <w:sz w:val="24"/>
          <w:lang w:val="hu-HU"/>
        </w:rPr>
        <w:t xml:space="preserve">Az elsődleges felhasználó egy vagy több technikai felhasználót, illetve másodlagos felhasználót is létrehozhat. </w:t>
      </w:r>
    </w:p>
    <w:p w14:paraId="50C3F794" w14:textId="77777777" w:rsidR="0082319F" w:rsidRPr="00294A1D" w:rsidRDefault="0082319F">
      <w:pPr>
        <w:autoSpaceDE w:val="0"/>
        <w:autoSpaceDN w:val="0"/>
        <w:spacing w:after="474" w:line="220" w:lineRule="exact"/>
        <w:rPr>
          <w:lang w:val="hu-HU"/>
        </w:rPr>
      </w:pPr>
    </w:p>
    <w:p w14:paraId="6E7B88BE" w14:textId="43EE6413" w:rsidR="0082319F" w:rsidRPr="00294A1D" w:rsidRDefault="0082319F">
      <w:pPr>
        <w:autoSpaceDE w:val="0"/>
        <w:autoSpaceDN w:val="0"/>
        <w:spacing w:before="424" w:after="0" w:line="330" w:lineRule="exact"/>
        <w:ind w:right="20"/>
        <w:jc w:val="right"/>
        <w:rPr>
          <w:lang w:val="hu-HU"/>
        </w:rPr>
      </w:pPr>
    </w:p>
    <w:p w14:paraId="1439C1C2" w14:textId="77777777" w:rsidR="0082319F" w:rsidRPr="00294A1D" w:rsidRDefault="0082319F">
      <w:pPr>
        <w:rPr>
          <w:lang w:val="hu-HU"/>
        </w:rPr>
        <w:sectPr w:rsidR="0082319F" w:rsidRPr="00294A1D">
          <w:pgSz w:w="11906" w:h="16838"/>
          <w:pgMar w:top="724" w:right="1350" w:bottom="482" w:left="1440" w:header="720" w:footer="720" w:gutter="0"/>
          <w:cols w:space="708"/>
          <w:docGrid w:linePitch="360"/>
        </w:sectPr>
      </w:pPr>
    </w:p>
    <w:p w14:paraId="06CAF623" w14:textId="77777777" w:rsidR="0082319F" w:rsidRPr="00294A1D" w:rsidRDefault="0082319F">
      <w:pPr>
        <w:autoSpaceDE w:val="0"/>
        <w:autoSpaceDN w:val="0"/>
        <w:spacing w:after="502" w:line="220" w:lineRule="exact"/>
        <w:rPr>
          <w:lang w:val="hu-HU"/>
        </w:rPr>
      </w:pPr>
    </w:p>
    <w:p w14:paraId="41CFD886" w14:textId="3F5F4ED3" w:rsidR="0082319F" w:rsidRPr="00294A1D" w:rsidRDefault="00EB1060" w:rsidP="00EB1060">
      <w:pPr>
        <w:pStyle w:val="Cmsor1"/>
        <w:rPr>
          <w:rFonts w:hint="eastAsia"/>
          <w:lang w:val="hu-HU"/>
        </w:rPr>
      </w:pPr>
      <w:bookmarkStart w:id="6" w:name="_Toc233239889"/>
      <w:proofErr w:type="gramStart"/>
      <w:r>
        <w:rPr>
          <w:lang w:val="hu-HU"/>
        </w:rPr>
        <w:t>7</w:t>
      </w:r>
      <w:r w:rsidR="004755F0" w:rsidRPr="00294A1D">
        <w:rPr>
          <w:lang w:val="hu-HU"/>
        </w:rPr>
        <w:t xml:space="preserve">  Felhasználók</w:t>
      </w:r>
      <w:proofErr w:type="gramEnd"/>
      <w:r>
        <w:rPr>
          <w:lang w:val="hu-HU"/>
        </w:rPr>
        <w:t xml:space="preserve"> és technikai </w:t>
      </w:r>
      <w:proofErr w:type="spellStart"/>
      <w:r>
        <w:rPr>
          <w:lang w:val="hu-HU"/>
        </w:rPr>
        <w:t>fel</w:t>
      </w:r>
      <w:r w:rsidR="00DD1614">
        <w:rPr>
          <w:lang w:val="hu-HU"/>
        </w:rPr>
        <w:t>h</w:t>
      </w:r>
      <w:proofErr w:type="spellEnd"/>
      <w:r w:rsidR="00DD1614">
        <w:rPr>
          <w:lang w:val="hu-HU"/>
        </w:rPr>
        <w:t>.</w:t>
      </w:r>
      <w:r>
        <w:rPr>
          <w:lang w:val="hu-HU"/>
        </w:rPr>
        <w:t xml:space="preserve"> létrehozása</w:t>
      </w:r>
      <w:r w:rsidR="004755F0" w:rsidRPr="00294A1D">
        <w:rPr>
          <w:lang w:val="hu-HU"/>
        </w:rPr>
        <w:t xml:space="preserve"> </w:t>
      </w:r>
      <w:r w:rsidR="00DD1614">
        <w:rPr>
          <w:lang w:val="hu-HU"/>
        </w:rPr>
        <w:t>(UAM)</w:t>
      </w:r>
      <w:bookmarkEnd w:id="6"/>
    </w:p>
    <w:p w14:paraId="147A5CFE" w14:textId="6254A557" w:rsidR="00950BA5" w:rsidRDefault="00950BA5" w:rsidP="00950BA5">
      <w:pPr>
        <w:pStyle w:val="Cmsor2"/>
        <w:rPr>
          <w:rFonts w:hint="eastAsia"/>
          <w:lang w:val="hu-HU"/>
        </w:rPr>
      </w:pPr>
      <w:bookmarkStart w:id="7" w:name="_Toc233239890"/>
      <w:r>
        <w:rPr>
          <w:lang w:val="hu-HU"/>
        </w:rPr>
        <w:t>7.1 Felhasználók menüpont</w:t>
      </w:r>
      <w:bookmarkEnd w:id="7"/>
    </w:p>
    <w:p w14:paraId="5DB25AFA" w14:textId="43FB22FF" w:rsidR="0082319F" w:rsidRPr="00294A1D" w:rsidRDefault="004755F0">
      <w:pPr>
        <w:autoSpaceDE w:val="0"/>
        <w:autoSpaceDN w:val="0"/>
        <w:spacing w:before="48" w:after="0" w:line="276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‘Felhasználók’ menüpont a kiválasztott gazdálkodó szervezethez vagy egyéni vállalkozóhoz tartozó felhasználók kezelésére szolgál. </w:t>
      </w:r>
    </w:p>
    <w:p w14:paraId="1E5921E8" w14:textId="77777777" w:rsidR="0082319F" w:rsidRPr="00EB1060" w:rsidRDefault="004755F0">
      <w:pPr>
        <w:autoSpaceDE w:val="0"/>
        <w:autoSpaceDN w:val="0"/>
        <w:spacing w:before="210" w:after="0" w:line="288" w:lineRule="auto"/>
        <w:rPr>
          <w:bCs/>
          <w:lang w:val="hu-HU"/>
        </w:rPr>
      </w:pPr>
      <w:r w:rsidRPr="00EB1060">
        <w:rPr>
          <w:rFonts w:ascii="Arial" w:eastAsia="Arial" w:hAnsi="Arial"/>
          <w:bCs/>
          <w:color w:val="000000"/>
          <w:sz w:val="24"/>
          <w:u w:val="single"/>
          <w:lang w:val="hu-HU"/>
        </w:rPr>
        <w:t>Figyelem!</w:t>
      </w:r>
      <w:r w:rsidRPr="00EB1060">
        <w:rPr>
          <w:rFonts w:ascii="Arial" w:eastAsia="Arial" w:hAnsi="Arial"/>
          <w:bCs/>
          <w:color w:val="000000"/>
          <w:sz w:val="24"/>
          <w:lang w:val="hu-HU"/>
        </w:rPr>
        <w:t xml:space="preserve"> </w:t>
      </w:r>
    </w:p>
    <w:p w14:paraId="5C768923" w14:textId="77777777" w:rsidR="0082319F" w:rsidRPr="00EB1060" w:rsidRDefault="004755F0">
      <w:pPr>
        <w:autoSpaceDE w:val="0"/>
        <w:autoSpaceDN w:val="0"/>
        <w:spacing w:after="0" w:line="288" w:lineRule="auto"/>
        <w:rPr>
          <w:bCs/>
          <w:lang w:val="hu-HU"/>
        </w:rPr>
      </w:pPr>
      <w:r w:rsidRPr="00EB1060">
        <w:rPr>
          <w:rFonts w:ascii="Arial" w:eastAsia="Arial" w:hAnsi="Arial"/>
          <w:bCs/>
          <w:color w:val="000000"/>
          <w:sz w:val="24"/>
          <w:lang w:val="hu-HU"/>
        </w:rPr>
        <w:t xml:space="preserve">A ‘Felhasználók’ menüpont csak elsődleges felhasználó számára érhető el. </w:t>
      </w:r>
    </w:p>
    <w:p w14:paraId="4A77E4F9" w14:textId="77777777" w:rsidR="0082319F" w:rsidRPr="00294A1D" w:rsidRDefault="004755F0">
      <w:pPr>
        <w:autoSpaceDE w:val="0"/>
        <w:autoSpaceDN w:val="0"/>
        <w:spacing w:before="170" w:after="504" w:line="282" w:lineRule="exact"/>
        <w:ind w:right="22"/>
        <w:jc w:val="both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’Felhasználók’ felületre lépve az összes felhasználó megjelenik, azonban a felületen lehetőségünk van keresni és szűrni a felhasználó névre, teljes névre, adóazonosító jelre, típusra, e-mail címre, megjegyzésre, illetve a felhasználók létrehozásának időintervallumára. </w:t>
      </w:r>
    </w:p>
    <w:tbl>
      <w:tblPr>
        <w:tblW w:w="0" w:type="auto"/>
        <w:tblInd w:w="24" w:type="dxa"/>
        <w:tblLayout w:type="fixed"/>
        <w:tblLook w:val="04A0" w:firstRow="1" w:lastRow="0" w:firstColumn="1" w:lastColumn="0" w:noHBand="0" w:noVBand="1"/>
      </w:tblPr>
      <w:tblGrid>
        <w:gridCol w:w="9040"/>
      </w:tblGrid>
      <w:tr w:rsidR="0082319F" w:rsidRPr="00294A1D" w14:paraId="04B04A8C" w14:textId="77777777">
        <w:trPr>
          <w:trHeight w:hRule="exact" w:val="3250"/>
        </w:trPr>
        <w:tc>
          <w:tcPr>
            <w:tcW w:w="9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0" w:type="dxa"/>
              <w:right w:w="0" w:type="dxa"/>
            </w:tcMar>
          </w:tcPr>
          <w:p w14:paraId="7497F574" w14:textId="77777777" w:rsidR="0082319F" w:rsidRPr="00294A1D" w:rsidRDefault="004755F0">
            <w:pPr>
              <w:autoSpaceDE w:val="0"/>
              <w:autoSpaceDN w:val="0"/>
              <w:spacing w:after="0" w:line="240" w:lineRule="auto"/>
              <w:jc w:val="center"/>
              <w:rPr>
                <w:lang w:val="hu-HU"/>
              </w:rPr>
            </w:pPr>
            <w:r w:rsidRPr="00294A1D">
              <w:rPr>
                <w:noProof/>
                <w:lang w:val="hu-HU"/>
              </w:rPr>
              <w:drawing>
                <wp:inline distT="0" distB="0" distL="0" distR="0" wp14:anchorId="671E6716" wp14:editId="1465B0D4">
                  <wp:extent cx="5731509" cy="2052320"/>
                  <wp:effectExtent l="0" t="0" r="0" b="0"/>
                  <wp:docPr id="86" name="Picture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.png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1509" cy="2052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A288372" w14:textId="4DDE68E9" w:rsidR="0082319F" w:rsidRPr="00294A1D" w:rsidRDefault="00950BA5">
      <w:pPr>
        <w:autoSpaceDE w:val="0"/>
        <w:autoSpaceDN w:val="0"/>
        <w:spacing w:before="222" w:after="0" w:line="283" w:lineRule="auto"/>
        <w:jc w:val="center"/>
        <w:rPr>
          <w:lang w:val="hu-HU"/>
        </w:rPr>
      </w:pPr>
      <w:r>
        <w:rPr>
          <w:rFonts w:ascii="Arial" w:eastAsia="Arial" w:hAnsi="Arial"/>
          <w:i/>
          <w:color w:val="000000"/>
          <w:lang w:val="hu-HU"/>
        </w:rPr>
        <w:t>1.</w:t>
      </w:r>
      <w:r w:rsidR="004755F0" w:rsidRPr="00294A1D">
        <w:rPr>
          <w:rFonts w:ascii="Arial" w:eastAsia="Arial" w:hAnsi="Arial"/>
          <w:i/>
          <w:color w:val="000000"/>
          <w:lang w:val="hu-HU"/>
        </w:rPr>
        <w:t xml:space="preserve">. ábra 'Felhasználók' felület </w:t>
      </w:r>
    </w:p>
    <w:p w14:paraId="639AC775" w14:textId="6DEA0BC2" w:rsidR="0082319F" w:rsidRPr="00294A1D" w:rsidRDefault="0082319F" w:rsidP="00EB1060">
      <w:pPr>
        <w:autoSpaceDE w:val="0"/>
        <w:autoSpaceDN w:val="0"/>
        <w:spacing w:before="428" w:after="0" w:line="330" w:lineRule="exact"/>
        <w:ind w:right="20"/>
        <w:jc w:val="center"/>
        <w:rPr>
          <w:lang w:val="hu-HU"/>
        </w:rPr>
        <w:sectPr w:rsidR="0082319F" w:rsidRPr="00294A1D">
          <w:pgSz w:w="11906" w:h="16838"/>
          <w:pgMar w:top="696" w:right="1350" w:bottom="482" w:left="1440" w:header="720" w:footer="720" w:gutter="0"/>
          <w:cols w:space="708"/>
          <w:docGrid w:linePitch="360"/>
        </w:sectPr>
      </w:pPr>
    </w:p>
    <w:p w14:paraId="4C6ADE50" w14:textId="34F6A1F5" w:rsidR="0082319F" w:rsidRPr="00294A1D" w:rsidRDefault="004D2347" w:rsidP="004D2347">
      <w:pPr>
        <w:pStyle w:val="Cmsor2"/>
        <w:rPr>
          <w:rFonts w:hint="eastAsia"/>
          <w:lang w:val="hu-HU"/>
        </w:rPr>
      </w:pPr>
      <w:bookmarkStart w:id="8" w:name="_Toc233239891"/>
      <w:r>
        <w:rPr>
          <w:lang w:val="hu-HU"/>
        </w:rPr>
        <w:lastRenderedPageBreak/>
        <w:t>7.</w:t>
      </w:r>
      <w:r w:rsidR="00950BA5">
        <w:rPr>
          <w:lang w:val="hu-HU"/>
        </w:rPr>
        <w:t>2</w:t>
      </w:r>
      <w:r w:rsidR="004755F0" w:rsidRPr="00294A1D">
        <w:rPr>
          <w:lang w:val="hu-HU"/>
        </w:rPr>
        <w:t xml:space="preserve"> </w:t>
      </w:r>
      <w:r w:rsidR="00950BA5">
        <w:rPr>
          <w:lang w:val="hu-HU"/>
        </w:rPr>
        <w:t>T</w:t>
      </w:r>
      <w:r>
        <w:rPr>
          <w:lang w:val="hu-HU"/>
        </w:rPr>
        <w:t xml:space="preserve">echnikai </w:t>
      </w:r>
      <w:r w:rsidR="004755F0" w:rsidRPr="00294A1D">
        <w:rPr>
          <w:lang w:val="hu-HU"/>
        </w:rPr>
        <w:t>felhasználó létrehozása</w:t>
      </w:r>
      <w:r w:rsidR="00DD1614">
        <w:rPr>
          <w:lang w:val="hu-HU"/>
        </w:rPr>
        <w:t xml:space="preserve"> (UAM)</w:t>
      </w:r>
      <w:bookmarkEnd w:id="8"/>
    </w:p>
    <w:p w14:paraId="3ADF915C" w14:textId="0C3F4019" w:rsidR="0082319F" w:rsidRPr="00294A1D" w:rsidRDefault="004755F0">
      <w:pPr>
        <w:autoSpaceDE w:val="0"/>
        <w:autoSpaceDN w:val="0"/>
        <w:spacing w:before="192" w:after="220" w:line="298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Az elsődleges felhasználó az ‘Új felhasználó’ funkciógombra kattintás után a megjelenő ablakban jelenthet be új technikai felhasználókat. </w:t>
      </w:r>
    </w:p>
    <w:tbl>
      <w:tblPr>
        <w:tblW w:w="0" w:type="auto"/>
        <w:tblInd w:w="20" w:type="dxa"/>
        <w:tblLayout w:type="fixed"/>
        <w:tblLook w:val="04A0" w:firstRow="1" w:lastRow="0" w:firstColumn="1" w:lastColumn="0" w:noHBand="0" w:noVBand="1"/>
      </w:tblPr>
      <w:tblGrid>
        <w:gridCol w:w="9046"/>
      </w:tblGrid>
      <w:tr w:rsidR="0082319F" w:rsidRPr="00294A1D" w14:paraId="5AF41565" w14:textId="77777777">
        <w:trPr>
          <w:trHeight w:hRule="exact" w:val="2382"/>
        </w:trPr>
        <w:tc>
          <w:tcPr>
            <w:tcW w:w="9046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6" w:space="0" w:color="000000"/>
            </w:tcBorders>
            <w:tcMar>
              <w:left w:w="0" w:type="dxa"/>
              <w:right w:w="0" w:type="dxa"/>
            </w:tcMar>
          </w:tcPr>
          <w:p w14:paraId="2DD83849" w14:textId="77777777" w:rsidR="0082319F" w:rsidRPr="00294A1D" w:rsidRDefault="004755F0">
            <w:pPr>
              <w:autoSpaceDE w:val="0"/>
              <w:autoSpaceDN w:val="0"/>
              <w:spacing w:after="0" w:line="240" w:lineRule="auto"/>
              <w:jc w:val="center"/>
              <w:rPr>
                <w:lang w:val="hu-HU"/>
              </w:rPr>
            </w:pPr>
            <w:r w:rsidRPr="00294A1D">
              <w:rPr>
                <w:noProof/>
                <w:lang w:val="hu-HU"/>
              </w:rPr>
              <w:drawing>
                <wp:inline distT="0" distB="0" distL="0" distR="0" wp14:anchorId="1E19EF32" wp14:editId="63FA08C2">
                  <wp:extent cx="5731509" cy="1499869"/>
                  <wp:effectExtent l="0" t="0" r="0" b="0"/>
                  <wp:docPr id="89" name="Picture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.png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1509" cy="14998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E5AB77" w14:textId="77777777" w:rsidR="0082319F" w:rsidRPr="00294A1D" w:rsidRDefault="004755F0">
      <w:pPr>
        <w:autoSpaceDE w:val="0"/>
        <w:autoSpaceDN w:val="0"/>
        <w:spacing w:after="0" w:line="283" w:lineRule="auto"/>
        <w:jc w:val="center"/>
        <w:rPr>
          <w:lang w:val="hu-HU"/>
        </w:rPr>
      </w:pPr>
      <w:r w:rsidRPr="00294A1D">
        <w:rPr>
          <w:rFonts w:ascii="Arial" w:eastAsia="Arial" w:hAnsi="Arial"/>
          <w:i/>
          <w:color w:val="000000"/>
          <w:sz w:val="18"/>
          <w:lang w:val="hu-HU"/>
        </w:rPr>
        <w:t xml:space="preserve">c </w:t>
      </w:r>
    </w:p>
    <w:p w14:paraId="5E479EEC" w14:textId="13B14319" w:rsidR="0082319F" w:rsidRPr="00294A1D" w:rsidRDefault="004755F0" w:rsidP="00950BA5">
      <w:pPr>
        <w:autoSpaceDE w:val="0"/>
        <w:autoSpaceDN w:val="0"/>
        <w:spacing w:before="80" w:after="0" w:line="283" w:lineRule="auto"/>
        <w:jc w:val="center"/>
        <w:rPr>
          <w:lang w:val="hu-HU"/>
        </w:rPr>
      </w:pPr>
      <w:r w:rsidRPr="00294A1D">
        <w:rPr>
          <w:rFonts w:ascii="Arial" w:eastAsia="Arial" w:hAnsi="Arial"/>
          <w:i/>
          <w:color w:val="000000"/>
          <w:lang w:val="hu-HU"/>
        </w:rPr>
        <w:t xml:space="preserve">77. ábra 'Új felhasználó' funkciógomb </w:t>
      </w:r>
    </w:p>
    <w:p w14:paraId="1AAABC17" w14:textId="77777777" w:rsidR="0082319F" w:rsidRPr="00294A1D" w:rsidRDefault="004755F0">
      <w:pPr>
        <w:autoSpaceDE w:val="0"/>
        <w:autoSpaceDN w:val="0"/>
        <w:spacing w:before="296"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6FC0"/>
          <w:sz w:val="28"/>
          <w:lang w:val="hu-HU"/>
        </w:rPr>
        <w:t xml:space="preserve">Létrehozás </w:t>
      </w:r>
    </w:p>
    <w:p w14:paraId="22FE7462" w14:textId="77777777" w:rsidR="0082319F" w:rsidRPr="00294A1D" w:rsidRDefault="004755F0">
      <w:pPr>
        <w:autoSpaceDE w:val="0"/>
        <w:autoSpaceDN w:val="0"/>
        <w:spacing w:before="206" w:after="260" w:line="284" w:lineRule="exact"/>
        <w:ind w:right="20"/>
        <w:jc w:val="both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Az ’Új felhasználó létrehozása’ felületen a technikai felhasználó kártyán található ’Létrehozás’ funkciógombra kattintva kezdeményezheti új technikai felhasználó létrehozását, aminek hatására megjelenik a ‘Technikai felhasználó hozzáadása’ felület. </w:t>
      </w:r>
    </w:p>
    <w:tbl>
      <w:tblPr>
        <w:tblW w:w="0" w:type="auto"/>
        <w:tblInd w:w="20" w:type="dxa"/>
        <w:tblLayout w:type="fixed"/>
        <w:tblLook w:val="04A0" w:firstRow="1" w:lastRow="0" w:firstColumn="1" w:lastColumn="0" w:noHBand="0" w:noVBand="1"/>
      </w:tblPr>
      <w:tblGrid>
        <w:gridCol w:w="9054"/>
      </w:tblGrid>
      <w:tr w:rsidR="0082319F" w:rsidRPr="00294A1D" w14:paraId="65EB3E65" w14:textId="77777777">
        <w:trPr>
          <w:trHeight w:hRule="exact" w:val="3936"/>
        </w:trPr>
        <w:tc>
          <w:tcPr>
            <w:tcW w:w="9054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6" w:space="0" w:color="000000"/>
            </w:tcBorders>
            <w:tcMar>
              <w:left w:w="0" w:type="dxa"/>
              <w:right w:w="0" w:type="dxa"/>
            </w:tcMar>
          </w:tcPr>
          <w:p w14:paraId="16C385A8" w14:textId="77777777" w:rsidR="0082319F" w:rsidRPr="00294A1D" w:rsidRDefault="004755F0">
            <w:pPr>
              <w:autoSpaceDE w:val="0"/>
              <w:autoSpaceDN w:val="0"/>
              <w:spacing w:after="0" w:line="240" w:lineRule="auto"/>
              <w:jc w:val="center"/>
              <w:rPr>
                <w:lang w:val="hu-HU"/>
              </w:rPr>
            </w:pPr>
            <w:r w:rsidRPr="00294A1D">
              <w:rPr>
                <w:noProof/>
                <w:lang w:val="hu-HU"/>
              </w:rPr>
              <w:drawing>
                <wp:inline distT="0" distB="0" distL="0" distR="0" wp14:anchorId="7A72CA86" wp14:editId="20D0601B">
                  <wp:extent cx="5736590" cy="2486659"/>
                  <wp:effectExtent l="0" t="0" r="0" b="0"/>
                  <wp:docPr id="99" name="Picture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.png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6590" cy="24866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CC583A8" w14:textId="77777777" w:rsidR="0082319F" w:rsidRPr="00294A1D" w:rsidRDefault="004755F0">
      <w:pPr>
        <w:autoSpaceDE w:val="0"/>
        <w:autoSpaceDN w:val="0"/>
        <w:spacing w:after="0" w:line="283" w:lineRule="auto"/>
        <w:jc w:val="center"/>
        <w:rPr>
          <w:lang w:val="hu-HU"/>
        </w:rPr>
      </w:pPr>
      <w:r w:rsidRPr="00294A1D">
        <w:rPr>
          <w:rFonts w:ascii="Arial" w:eastAsia="Arial" w:hAnsi="Arial"/>
          <w:i/>
          <w:color w:val="000000"/>
          <w:sz w:val="18"/>
          <w:lang w:val="hu-HU"/>
        </w:rPr>
        <w:t xml:space="preserve">c </w:t>
      </w:r>
    </w:p>
    <w:p w14:paraId="10588B24" w14:textId="2F64C1BB" w:rsidR="0082319F" w:rsidRPr="00294A1D" w:rsidRDefault="00950BA5">
      <w:pPr>
        <w:autoSpaceDE w:val="0"/>
        <w:autoSpaceDN w:val="0"/>
        <w:spacing w:before="78" w:after="0" w:line="283" w:lineRule="auto"/>
        <w:jc w:val="center"/>
        <w:rPr>
          <w:lang w:val="hu-HU"/>
        </w:rPr>
      </w:pPr>
      <w:r>
        <w:rPr>
          <w:rFonts w:ascii="Arial" w:eastAsia="Arial" w:hAnsi="Arial"/>
          <w:i/>
          <w:color w:val="000000"/>
          <w:lang w:val="hu-HU"/>
        </w:rPr>
        <w:t>2</w:t>
      </w:r>
      <w:r w:rsidR="004755F0" w:rsidRPr="00294A1D">
        <w:rPr>
          <w:rFonts w:ascii="Arial" w:eastAsia="Arial" w:hAnsi="Arial"/>
          <w:i/>
          <w:color w:val="000000"/>
          <w:lang w:val="hu-HU"/>
        </w:rPr>
        <w:t xml:space="preserve">. ábra Technikai felhasználó létrehozása </w:t>
      </w:r>
    </w:p>
    <w:p w14:paraId="2FDEA604" w14:textId="11E249F3" w:rsidR="0082319F" w:rsidRPr="00294A1D" w:rsidRDefault="0082319F">
      <w:pPr>
        <w:autoSpaceDE w:val="0"/>
        <w:autoSpaceDN w:val="0"/>
        <w:spacing w:before="558" w:after="0" w:line="330" w:lineRule="exact"/>
        <w:ind w:right="20"/>
        <w:jc w:val="right"/>
        <w:rPr>
          <w:lang w:val="hu-HU"/>
        </w:rPr>
      </w:pPr>
    </w:p>
    <w:p w14:paraId="0B93BB4D" w14:textId="77777777" w:rsidR="0082319F" w:rsidRPr="00294A1D" w:rsidRDefault="0082319F">
      <w:pPr>
        <w:rPr>
          <w:lang w:val="hu-HU"/>
        </w:rPr>
        <w:sectPr w:rsidR="0082319F" w:rsidRPr="00294A1D">
          <w:pgSz w:w="11906" w:h="16838"/>
          <w:pgMar w:top="696" w:right="1350" w:bottom="482" w:left="1440" w:header="720" w:footer="720" w:gutter="0"/>
          <w:cols w:space="708"/>
          <w:docGrid w:linePitch="360"/>
        </w:sectPr>
      </w:pPr>
    </w:p>
    <w:p w14:paraId="3D853644" w14:textId="77777777" w:rsidR="0082319F" w:rsidRPr="00294A1D" w:rsidRDefault="0082319F">
      <w:pPr>
        <w:autoSpaceDE w:val="0"/>
        <w:autoSpaceDN w:val="0"/>
        <w:spacing w:after="758" w:line="220" w:lineRule="exact"/>
        <w:rPr>
          <w:lang w:val="hu-HU"/>
        </w:rPr>
      </w:pPr>
    </w:p>
    <w:tbl>
      <w:tblPr>
        <w:tblW w:w="0" w:type="auto"/>
        <w:tblInd w:w="846" w:type="dxa"/>
        <w:tblLayout w:type="fixed"/>
        <w:tblLook w:val="04A0" w:firstRow="1" w:lastRow="0" w:firstColumn="1" w:lastColumn="0" w:noHBand="0" w:noVBand="1"/>
      </w:tblPr>
      <w:tblGrid>
        <w:gridCol w:w="7404"/>
      </w:tblGrid>
      <w:tr w:rsidR="0082319F" w:rsidRPr="00294A1D" w14:paraId="4C0A89D8" w14:textId="77777777">
        <w:trPr>
          <w:trHeight w:hRule="exact" w:val="9704"/>
        </w:trPr>
        <w:tc>
          <w:tcPr>
            <w:tcW w:w="7404" w:type="dxa"/>
            <w:tcBorders>
              <w:top w:val="single" w:sz="16" w:space="0" w:color="000000"/>
              <w:left w:val="single" w:sz="16" w:space="0" w:color="000000"/>
              <w:bottom w:val="single" w:sz="16" w:space="0" w:color="000000"/>
              <w:right w:val="single" w:sz="16" w:space="0" w:color="000000"/>
            </w:tcBorders>
            <w:tcMar>
              <w:left w:w="0" w:type="dxa"/>
              <w:right w:w="0" w:type="dxa"/>
            </w:tcMar>
          </w:tcPr>
          <w:p w14:paraId="3A7F9882" w14:textId="5532E0C3" w:rsidR="0082319F" w:rsidRPr="00294A1D" w:rsidRDefault="001261F1">
            <w:pPr>
              <w:autoSpaceDE w:val="0"/>
              <w:autoSpaceDN w:val="0"/>
              <w:spacing w:after="0" w:line="240" w:lineRule="auto"/>
              <w:jc w:val="center"/>
              <w:rPr>
                <w:lang w:val="hu-HU"/>
              </w:rPr>
            </w:pPr>
            <w:r>
              <w:rPr>
                <w:noProof/>
                <w:lang w:val="hu-HU"/>
              </w:rPr>
              <w:drawing>
                <wp:inline distT="0" distB="0" distL="0" distR="0" wp14:anchorId="1BE57262" wp14:editId="2F825DC1">
                  <wp:extent cx="4057650" cy="5926465"/>
                  <wp:effectExtent l="0" t="0" r="0" b="0"/>
                  <wp:docPr id="1876307413" name="Kép 2" descr="A képen szöveg, képernyőkép, szoftver, szám látható&#10;&#10;Előfordulhat, hogy a mesterséges intelligencia által létrehozott tartalom helytele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6307413" name="Kép 2" descr="A képen szöveg, képernyőkép, szoftver, szám látható&#10;&#10;Előfordulhat, hogy a mesterséges intelligencia által létrehozott tartalom helytelen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8368" cy="5927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B56FC69" w14:textId="6EB7E222" w:rsidR="0082319F" w:rsidRPr="00294A1D" w:rsidRDefault="001261F1">
      <w:pPr>
        <w:autoSpaceDE w:val="0"/>
        <w:autoSpaceDN w:val="0"/>
        <w:spacing w:before="94" w:after="0" w:line="281" w:lineRule="auto"/>
        <w:jc w:val="center"/>
        <w:rPr>
          <w:lang w:val="hu-HU"/>
        </w:rPr>
      </w:pPr>
      <w:r>
        <w:rPr>
          <w:rFonts w:ascii="Arial" w:eastAsia="Arial" w:hAnsi="Arial"/>
          <w:i/>
          <w:color w:val="000000"/>
          <w:lang w:val="hu-HU"/>
        </w:rPr>
        <w:t>3</w:t>
      </w:r>
      <w:r w:rsidR="004755F0" w:rsidRPr="00294A1D">
        <w:rPr>
          <w:rFonts w:ascii="Arial" w:eastAsia="Arial" w:hAnsi="Arial"/>
          <w:i/>
          <w:color w:val="000000"/>
          <w:lang w:val="hu-HU"/>
        </w:rPr>
        <w:t xml:space="preserve">. ábra 'Technikai felhasználó hozzáadása' felület </w:t>
      </w:r>
    </w:p>
    <w:p w14:paraId="631E12EC" w14:textId="77777777" w:rsidR="0082319F" w:rsidRPr="00294A1D" w:rsidRDefault="004755F0">
      <w:pPr>
        <w:autoSpaceDE w:val="0"/>
        <w:autoSpaceDN w:val="0"/>
        <w:spacing w:before="194" w:after="0" w:line="330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felületen a következő adatok megadhatók meg: </w:t>
      </w:r>
    </w:p>
    <w:p w14:paraId="13C8CC37" w14:textId="77777777" w:rsidR="0082319F" w:rsidRPr="00294A1D" w:rsidRDefault="004755F0">
      <w:pPr>
        <w:autoSpaceDE w:val="0"/>
        <w:autoSpaceDN w:val="0"/>
        <w:spacing w:before="200" w:after="0" w:line="292" w:lineRule="exact"/>
        <w:ind w:left="358" w:right="5904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Jelszó </w:t>
      </w:r>
      <w:r w:rsidRPr="00294A1D">
        <w:rPr>
          <w:lang w:val="hu-HU"/>
        </w:rPr>
        <w:br/>
      </w: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Kapcsolattartás nyelve </w:t>
      </w:r>
      <w:r w:rsidRPr="00294A1D">
        <w:rPr>
          <w:lang w:val="hu-HU"/>
        </w:rPr>
        <w:br/>
      </w: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Megjegyzés </w:t>
      </w:r>
      <w:r w:rsidRPr="00294A1D">
        <w:rPr>
          <w:lang w:val="hu-HU"/>
        </w:rPr>
        <w:br/>
      </w: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Jogosultságok </w:t>
      </w:r>
    </w:p>
    <w:p w14:paraId="194F23B6" w14:textId="77777777" w:rsidR="0082319F" w:rsidRPr="00294A1D" w:rsidRDefault="004755F0">
      <w:pPr>
        <w:autoSpaceDE w:val="0"/>
        <w:autoSpaceDN w:val="0"/>
        <w:spacing w:before="68"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u w:val="single"/>
          <w:lang w:val="hu-HU"/>
        </w:rPr>
        <w:t>Figyelem!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 </w:t>
      </w:r>
    </w:p>
    <w:p w14:paraId="0C19CCC5" w14:textId="6F446B8B" w:rsidR="0082319F" w:rsidRPr="00294A1D" w:rsidRDefault="004755F0">
      <w:pPr>
        <w:autoSpaceDE w:val="0"/>
        <w:autoSpaceDN w:val="0"/>
        <w:spacing w:after="0" w:line="247" w:lineRule="auto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lang w:val="hu-HU"/>
        </w:rPr>
        <w:t>A technikai felhasznál</w:t>
      </w:r>
      <w:r w:rsidR="001261F1">
        <w:rPr>
          <w:rFonts w:ascii="Arial" w:eastAsia="Arial" w:hAnsi="Arial"/>
          <w:b/>
          <w:color w:val="000000"/>
          <w:sz w:val="24"/>
          <w:lang w:val="hu-HU"/>
        </w:rPr>
        <w:t>ó „Hozzáfé</w:t>
      </w:r>
      <w:r w:rsidR="00DD1614">
        <w:rPr>
          <w:rFonts w:ascii="Arial" w:eastAsia="Arial" w:hAnsi="Arial"/>
          <w:b/>
          <w:color w:val="000000"/>
          <w:sz w:val="24"/>
          <w:lang w:val="hu-HU"/>
        </w:rPr>
        <w:t>r</w:t>
      </w:r>
      <w:r w:rsidR="001261F1">
        <w:rPr>
          <w:rFonts w:ascii="Arial" w:eastAsia="Arial" w:hAnsi="Arial"/>
          <w:b/>
          <w:color w:val="000000"/>
          <w:sz w:val="24"/>
          <w:lang w:val="hu-HU"/>
        </w:rPr>
        <w:t xml:space="preserve">és a </w:t>
      </w:r>
      <w:proofErr w:type="spellStart"/>
      <w:r w:rsidR="001261F1">
        <w:rPr>
          <w:rFonts w:ascii="Arial" w:eastAsia="Arial" w:hAnsi="Arial"/>
          <w:b/>
          <w:color w:val="000000"/>
          <w:sz w:val="24"/>
          <w:lang w:val="hu-HU"/>
        </w:rPr>
        <w:t>DACentral</w:t>
      </w:r>
      <w:proofErr w:type="spellEnd"/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 </w:t>
      </w:r>
      <w:proofErr w:type="spellStart"/>
      <w:proofErr w:type="gramStart"/>
      <w:r w:rsidR="001261F1">
        <w:rPr>
          <w:rFonts w:ascii="Arial" w:eastAsia="Arial" w:hAnsi="Arial"/>
          <w:b/>
          <w:color w:val="000000"/>
          <w:sz w:val="24"/>
          <w:lang w:val="hu-HU"/>
        </w:rPr>
        <w:t>rendszerhez”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>jogosultság</w:t>
      </w:r>
      <w:r w:rsidR="001261F1">
        <w:rPr>
          <w:rFonts w:ascii="Arial" w:eastAsia="Arial" w:hAnsi="Arial"/>
          <w:b/>
          <w:color w:val="000000"/>
          <w:sz w:val="24"/>
          <w:lang w:val="hu-HU"/>
        </w:rPr>
        <w:t>á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>nak</w:t>
      </w:r>
      <w:proofErr w:type="spellEnd"/>
      <w:proofErr w:type="gramEnd"/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 beállítása kötelező a sikeres adatszolgáltatás teljesítéséhez. </w:t>
      </w:r>
    </w:p>
    <w:p w14:paraId="7E33F31A" w14:textId="77777777" w:rsidR="0082319F" w:rsidRPr="00294A1D" w:rsidRDefault="0082319F">
      <w:pPr>
        <w:rPr>
          <w:lang w:val="hu-HU"/>
        </w:rPr>
        <w:sectPr w:rsidR="0082319F" w:rsidRPr="00294A1D">
          <w:pgSz w:w="11906" w:h="16838"/>
          <w:pgMar w:top="978" w:right="1350" w:bottom="482" w:left="1440" w:header="720" w:footer="720" w:gutter="0"/>
          <w:cols w:space="708"/>
          <w:docGrid w:linePitch="360"/>
        </w:sectPr>
      </w:pPr>
    </w:p>
    <w:p w14:paraId="2A023AD0" w14:textId="77777777" w:rsidR="0082319F" w:rsidRPr="00294A1D" w:rsidRDefault="0082319F">
      <w:pPr>
        <w:autoSpaceDE w:val="0"/>
        <w:autoSpaceDN w:val="0"/>
        <w:spacing w:after="502" w:line="220" w:lineRule="exact"/>
        <w:rPr>
          <w:lang w:val="hu-HU"/>
        </w:rPr>
      </w:pPr>
    </w:p>
    <w:p w14:paraId="3296F589" w14:textId="77777777" w:rsidR="0082319F" w:rsidRPr="00294A1D" w:rsidRDefault="004755F0">
      <w:pPr>
        <w:autoSpaceDE w:val="0"/>
        <w:autoSpaceDN w:val="0"/>
        <w:spacing w:after="762" w:line="282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‘Mentés’ funkciógombra kattintva az új technikai felhasználó mentése megtörténik, és a ‘Részletek’ űrlap jelenik meg. </w:t>
      </w:r>
    </w:p>
    <w:tbl>
      <w:tblPr>
        <w:tblW w:w="0" w:type="auto"/>
        <w:tblInd w:w="848" w:type="dxa"/>
        <w:tblLayout w:type="fixed"/>
        <w:tblLook w:val="04A0" w:firstRow="1" w:lastRow="0" w:firstColumn="1" w:lastColumn="0" w:noHBand="0" w:noVBand="1"/>
      </w:tblPr>
      <w:tblGrid>
        <w:gridCol w:w="7392"/>
      </w:tblGrid>
      <w:tr w:rsidR="0082319F" w:rsidRPr="00294A1D" w14:paraId="5F43012A" w14:textId="77777777">
        <w:trPr>
          <w:trHeight w:hRule="exact" w:val="7626"/>
        </w:trPr>
        <w:tc>
          <w:tcPr>
            <w:tcW w:w="7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0" w:type="dxa"/>
              <w:right w:w="0" w:type="dxa"/>
            </w:tcMar>
          </w:tcPr>
          <w:p w14:paraId="6456568B" w14:textId="77777777" w:rsidR="0082319F" w:rsidRPr="00294A1D" w:rsidRDefault="004755F0">
            <w:pPr>
              <w:autoSpaceDE w:val="0"/>
              <w:autoSpaceDN w:val="0"/>
              <w:spacing w:after="0" w:line="240" w:lineRule="auto"/>
              <w:jc w:val="center"/>
              <w:rPr>
                <w:lang w:val="hu-HU"/>
              </w:rPr>
            </w:pPr>
            <w:r w:rsidRPr="00294A1D">
              <w:rPr>
                <w:noProof/>
                <w:lang w:val="hu-HU"/>
              </w:rPr>
              <w:drawing>
                <wp:inline distT="0" distB="0" distL="0" distR="0" wp14:anchorId="6F0D4A69" wp14:editId="6BEC9AF9">
                  <wp:extent cx="4683760" cy="4832349"/>
                  <wp:effectExtent l="0" t="0" r="0" b="0"/>
                  <wp:docPr id="101" name="Picture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.png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3760" cy="48323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8908CF7" w14:textId="166D39C7" w:rsidR="0082319F" w:rsidRPr="00294A1D" w:rsidRDefault="001261F1">
      <w:pPr>
        <w:autoSpaceDE w:val="0"/>
        <w:autoSpaceDN w:val="0"/>
        <w:spacing w:before="104" w:after="0" w:line="281" w:lineRule="auto"/>
        <w:jc w:val="center"/>
        <w:rPr>
          <w:lang w:val="hu-HU"/>
        </w:rPr>
      </w:pPr>
      <w:r>
        <w:rPr>
          <w:rFonts w:ascii="Arial" w:eastAsia="Arial" w:hAnsi="Arial"/>
          <w:i/>
          <w:color w:val="000000"/>
          <w:lang w:val="hu-HU"/>
        </w:rPr>
        <w:t>4</w:t>
      </w:r>
      <w:r w:rsidR="004755F0" w:rsidRPr="00294A1D">
        <w:rPr>
          <w:rFonts w:ascii="Arial" w:eastAsia="Arial" w:hAnsi="Arial"/>
          <w:i/>
          <w:color w:val="000000"/>
          <w:lang w:val="hu-HU"/>
        </w:rPr>
        <w:t xml:space="preserve">. ábra Technikai felhasználó - 'Részletek' felület </w:t>
      </w:r>
    </w:p>
    <w:p w14:paraId="4C7C9800" w14:textId="77777777" w:rsidR="0082319F" w:rsidRPr="00294A1D" w:rsidRDefault="004755F0">
      <w:pPr>
        <w:autoSpaceDE w:val="0"/>
        <w:autoSpaceDN w:val="0"/>
        <w:spacing w:before="194"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u w:val="single"/>
          <w:lang w:val="hu-HU"/>
        </w:rPr>
        <w:t>Figyelem!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 </w:t>
      </w:r>
    </w:p>
    <w:p w14:paraId="62E021A6" w14:textId="77777777" w:rsidR="0082319F" w:rsidRPr="00294A1D" w:rsidRDefault="004755F0">
      <w:pPr>
        <w:autoSpaceDE w:val="0"/>
        <w:autoSpaceDN w:val="0"/>
        <w:spacing w:after="0" w:line="247" w:lineRule="auto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A technikai felhasználóhoz tartozó kulcsgenerálás kötelező a sikeres adatszolgáltatás teljesítéséhez. </w:t>
      </w:r>
    </w:p>
    <w:p w14:paraId="4B77BB7D" w14:textId="77777777" w:rsidR="0082319F" w:rsidRPr="00294A1D" w:rsidRDefault="004755F0">
      <w:pPr>
        <w:autoSpaceDE w:val="0"/>
        <w:autoSpaceDN w:val="0"/>
        <w:spacing w:before="502" w:after="0" w:line="268" w:lineRule="exact"/>
        <w:jc w:val="center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Technikai felhasználó létrehozásakor automatikusan létrejönnek a különböző kulcsok. </w:t>
      </w:r>
    </w:p>
    <w:p w14:paraId="4B60909D" w14:textId="77777777" w:rsidR="0082319F" w:rsidRPr="00294A1D" w:rsidRDefault="004755F0">
      <w:pPr>
        <w:autoSpaceDE w:val="0"/>
        <w:autoSpaceDN w:val="0"/>
        <w:spacing w:before="8" w:after="0" w:line="268" w:lineRule="exact"/>
        <w:rPr>
          <w:lang w:val="hu-HU"/>
        </w:rPr>
      </w:pPr>
      <w:r w:rsidRPr="001261F1">
        <w:rPr>
          <w:rFonts w:ascii="Arial" w:eastAsia="Arial" w:hAnsi="Arial"/>
          <w:bCs/>
          <w:color w:val="000000"/>
          <w:sz w:val="24"/>
          <w:lang w:val="hu-HU"/>
        </w:rPr>
        <w:t>A</w:t>
      </w:r>
      <w:r w:rsidRPr="001261F1">
        <w:rPr>
          <w:rFonts w:ascii="ArialMT" w:eastAsia="ArialMT" w:hAnsi="ArialMT"/>
          <w:bCs/>
          <w:color w:val="000000"/>
          <w:sz w:val="24"/>
          <w:lang w:val="hu-HU"/>
        </w:rPr>
        <w:t xml:space="preserve"> ‘Részletek’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felületen a ‘Kulcsgenerálás’ funkciógombra kattintva </w:t>
      </w:r>
      <w:proofErr w:type="spellStart"/>
      <w:r w:rsidRPr="00294A1D">
        <w:rPr>
          <w:rFonts w:ascii="ArialMT" w:eastAsia="ArialMT" w:hAnsi="ArialMT"/>
          <w:color w:val="000000"/>
          <w:sz w:val="24"/>
          <w:lang w:val="hu-HU"/>
        </w:rPr>
        <w:t>újragenerálhatók</w:t>
      </w:r>
      <w:proofErr w:type="spellEnd"/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. </w:t>
      </w:r>
    </w:p>
    <w:p w14:paraId="5298A795" w14:textId="77777777" w:rsidR="0082319F" w:rsidRPr="00294A1D" w:rsidRDefault="004755F0">
      <w:pPr>
        <w:autoSpaceDE w:val="0"/>
        <w:autoSpaceDN w:val="0"/>
        <w:spacing w:before="200"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6FC0"/>
          <w:sz w:val="28"/>
          <w:lang w:val="hu-HU"/>
        </w:rPr>
        <w:t xml:space="preserve">Törlés </w:t>
      </w:r>
    </w:p>
    <w:p w14:paraId="4561E315" w14:textId="77777777" w:rsidR="0082319F" w:rsidRPr="00294A1D" w:rsidRDefault="004755F0">
      <w:pPr>
        <w:autoSpaceDE w:val="0"/>
        <w:autoSpaceDN w:val="0"/>
        <w:spacing w:before="72" w:after="0" w:line="298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’Törlés’ funkciógomb segítségével törölhetők a technikai felhasználók a rendszerből. A felhasználónak törlési szándékát egy felugró ablakban is meg kell erősítenie. </w:t>
      </w:r>
    </w:p>
    <w:p w14:paraId="5751824E" w14:textId="77777777" w:rsidR="0082319F" w:rsidRPr="00294A1D" w:rsidRDefault="004755F0">
      <w:pPr>
        <w:autoSpaceDE w:val="0"/>
        <w:autoSpaceDN w:val="0"/>
        <w:spacing w:before="138"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6FC0"/>
          <w:sz w:val="28"/>
          <w:lang w:val="hu-HU"/>
        </w:rPr>
        <w:t xml:space="preserve">Módosítás </w:t>
      </w:r>
    </w:p>
    <w:p w14:paraId="12C81AD7" w14:textId="4539E330" w:rsidR="0082319F" w:rsidRPr="00294A1D" w:rsidRDefault="004755F0" w:rsidP="001261F1">
      <w:pPr>
        <w:autoSpaceDE w:val="0"/>
        <w:autoSpaceDN w:val="0"/>
        <w:spacing w:before="74" w:after="0" w:line="296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A ’Módosítás’ funkciógombra kattintva a legördülő listából kiválaszthatóak a következő funkciók: </w:t>
      </w:r>
    </w:p>
    <w:p w14:paraId="21BA775C" w14:textId="77777777" w:rsidR="0082319F" w:rsidRPr="00294A1D" w:rsidRDefault="004755F0">
      <w:pPr>
        <w:tabs>
          <w:tab w:val="left" w:pos="708"/>
        </w:tabs>
        <w:autoSpaceDE w:val="0"/>
        <w:autoSpaceDN w:val="0"/>
        <w:spacing w:after="0" w:line="294" w:lineRule="exact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lastRenderedPageBreak/>
        <w:t></w:t>
      </w:r>
      <w:r w:rsidRPr="00294A1D">
        <w:rPr>
          <w:lang w:val="hu-HU"/>
        </w:rPr>
        <w:tab/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Profil adatok módosítása </w:t>
      </w:r>
    </w:p>
    <w:p w14:paraId="0981C251" w14:textId="77777777" w:rsidR="0082319F" w:rsidRPr="00294A1D" w:rsidRDefault="004755F0">
      <w:pPr>
        <w:tabs>
          <w:tab w:val="left" w:pos="708"/>
        </w:tabs>
        <w:autoSpaceDE w:val="0"/>
        <w:autoSpaceDN w:val="0"/>
        <w:spacing w:before="126" w:after="0" w:line="330" w:lineRule="exact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lang w:val="hu-HU"/>
        </w:rPr>
        <w:tab/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Jelszó módosítása </w:t>
      </w:r>
    </w:p>
    <w:p w14:paraId="52085240" w14:textId="77777777" w:rsidR="0082319F" w:rsidRPr="00294A1D" w:rsidRDefault="004755F0">
      <w:pPr>
        <w:tabs>
          <w:tab w:val="left" w:pos="708"/>
        </w:tabs>
        <w:autoSpaceDE w:val="0"/>
        <w:autoSpaceDN w:val="0"/>
        <w:spacing w:before="126" w:after="0" w:line="330" w:lineRule="exact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lang w:val="hu-HU"/>
        </w:rPr>
        <w:tab/>
      </w:r>
      <w:r w:rsidRPr="001261F1">
        <w:rPr>
          <w:rFonts w:ascii="ArialMT" w:eastAsia="ArialMT" w:hAnsi="ArialMT"/>
          <w:b/>
          <w:bCs/>
          <w:color w:val="000000"/>
          <w:sz w:val="24"/>
          <w:lang w:val="hu-HU"/>
        </w:rPr>
        <w:t>Jogosultságok módosítása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 </w:t>
      </w:r>
    </w:p>
    <w:p w14:paraId="24483D44" w14:textId="77777777" w:rsidR="0082319F" w:rsidRPr="00294A1D" w:rsidRDefault="004755F0">
      <w:pPr>
        <w:tabs>
          <w:tab w:val="left" w:pos="708"/>
        </w:tabs>
        <w:autoSpaceDE w:val="0"/>
        <w:autoSpaceDN w:val="0"/>
        <w:spacing w:before="126" w:after="0" w:line="330" w:lineRule="exact"/>
        <w:rPr>
          <w:lang w:val="hu-HU"/>
        </w:rPr>
      </w:pPr>
      <w:r w:rsidRPr="00294A1D">
        <w:rPr>
          <w:rFonts w:ascii="Symbol" w:eastAsia="Symbol" w:hAnsi="Symbol"/>
          <w:color w:val="000000"/>
          <w:sz w:val="24"/>
          <w:lang w:val="hu-HU"/>
        </w:rPr>
        <w:t></w:t>
      </w:r>
      <w:r w:rsidRPr="00294A1D">
        <w:rPr>
          <w:lang w:val="hu-HU"/>
        </w:rPr>
        <w:tab/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Összerendelések módosítása </w:t>
      </w:r>
    </w:p>
    <w:p w14:paraId="02630F48" w14:textId="77777777" w:rsidR="0082319F" w:rsidRPr="00294A1D" w:rsidRDefault="004755F0">
      <w:pPr>
        <w:autoSpaceDE w:val="0"/>
        <w:autoSpaceDN w:val="0"/>
        <w:spacing w:before="582" w:after="0" w:line="233" w:lineRule="auto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u w:val="single"/>
          <w:lang w:val="hu-HU"/>
        </w:rPr>
        <w:t>Technikai felhasználó profil adatainak módosítása:</w:t>
      </w:r>
    </w:p>
    <w:p w14:paraId="2D4DEBC3" w14:textId="77777777" w:rsidR="0082319F" w:rsidRPr="00294A1D" w:rsidRDefault="004755F0">
      <w:pPr>
        <w:autoSpaceDE w:val="0"/>
        <w:autoSpaceDN w:val="0"/>
        <w:spacing w:before="88" w:after="182" w:line="330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>A ‘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>Profil adatok módosítása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’ funkciógomb segítségével módosítható adatok: </w:t>
      </w:r>
    </w:p>
    <w:tbl>
      <w:tblPr>
        <w:tblW w:w="0" w:type="auto"/>
        <w:tblInd w:w="64" w:type="dxa"/>
        <w:tblLayout w:type="fixed"/>
        <w:tblLook w:val="04A0" w:firstRow="1" w:lastRow="0" w:firstColumn="1" w:lastColumn="0" w:noHBand="0" w:noVBand="1"/>
      </w:tblPr>
      <w:tblGrid>
        <w:gridCol w:w="3184"/>
        <w:gridCol w:w="5714"/>
      </w:tblGrid>
      <w:tr w:rsidR="0082319F" w:rsidRPr="00294A1D" w14:paraId="25AB4A2E" w14:textId="77777777">
        <w:trPr>
          <w:trHeight w:hRule="exact" w:val="484"/>
        </w:trPr>
        <w:tc>
          <w:tcPr>
            <w:tcW w:w="88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14:paraId="215A70EF" w14:textId="77777777" w:rsidR="0082319F" w:rsidRPr="00294A1D" w:rsidRDefault="004755F0">
            <w:pPr>
              <w:autoSpaceDE w:val="0"/>
              <w:autoSpaceDN w:val="0"/>
              <w:spacing w:after="0" w:line="288" w:lineRule="auto"/>
              <w:jc w:val="center"/>
              <w:rPr>
                <w:lang w:val="hu-HU"/>
              </w:rPr>
            </w:pPr>
            <w:r w:rsidRPr="00294A1D">
              <w:rPr>
                <w:rFonts w:ascii="Arial" w:eastAsia="Arial" w:hAnsi="Arial"/>
                <w:b/>
                <w:color w:val="000000"/>
                <w:sz w:val="24"/>
                <w:lang w:val="hu-HU"/>
              </w:rPr>
              <w:t xml:space="preserve">Módosítható adatok </w:t>
            </w:r>
          </w:p>
        </w:tc>
      </w:tr>
      <w:tr w:rsidR="0082319F" w:rsidRPr="00294A1D" w14:paraId="4DE3E450" w14:textId="77777777">
        <w:trPr>
          <w:trHeight w:hRule="exact" w:val="570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14:paraId="374999E2" w14:textId="77777777" w:rsidR="0082319F" w:rsidRPr="00294A1D" w:rsidRDefault="004755F0">
            <w:pPr>
              <w:autoSpaceDE w:val="0"/>
              <w:autoSpaceDN w:val="0"/>
              <w:spacing w:after="0" w:line="330" w:lineRule="exact"/>
              <w:ind w:left="110"/>
              <w:rPr>
                <w:lang w:val="hu-HU"/>
              </w:rPr>
            </w:pPr>
            <w:r w:rsidRPr="00294A1D">
              <w:rPr>
                <w:rFonts w:ascii="ArialMT" w:eastAsia="ArialMT" w:hAnsi="ArialMT"/>
                <w:color w:val="000000"/>
                <w:sz w:val="24"/>
                <w:lang w:val="hu-HU"/>
              </w:rPr>
              <w:t xml:space="preserve">Kapcsolattartás nyelve </w:t>
            </w:r>
          </w:p>
        </w:tc>
        <w:tc>
          <w:tcPr>
            <w:tcW w:w="5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14:paraId="1DA13E68" w14:textId="03C41016" w:rsidR="0082319F" w:rsidRPr="00294A1D" w:rsidRDefault="004755F0">
            <w:pPr>
              <w:autoSpaceDE w:val="0"/>
              <w:autoSpaceDN w:val="0"/>
              <w:spacing w:after="0" w:line="330" w:lineRule="exact"/>
              <w:ind w:left="110"/>
              <w:rPr>
                <w:lang w:val="hu-HU"/>
              </w:rPr>
            </w:pPr>
            <w:r w:rsidRPr="00294A1D">
              <w:rPr>
                <w:rFonts w:ascii="ArialMT" w:eastAsia="ArialMT" w:hAnsi="ArialMT"/>
                <w:color w:val="000000"/>
                <w:sz w:val="24"/>
                <w:lang w:val="hu-HU"/>
              </w:rPr>
              <w:t>magyar, angol</w:t>
            </w:r>
          </w:p>
        </w:tc>
      </w:tr>
      <w:tr w:rsidR="0082319F" w:rsidRPr="00294A1D" w14:paraId="5FB5E0DD" w14:textId="77777777">
        <w:trPr>
          <w:trHeight w:hRule="exact" w:val="570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14:paraId="3ABAA44F" w14:textId="77777777" w:rsidR="0082319F" w:rsidRPr="00294A1D" w:rsidRDefault="004755F0">
            <w:pPr>
              <w:autoSpaceDE w:val="0"/>
              <w:autoSpaceDN w:val="0"/>
              <w:spacing w:after="0" w:line="330" w:lineRule="exact"/>
              <w:ind w:left="110"/>
              <w:rPr>
                <w:lang w:val="hu-HU"/>
              </w:rPr>
            </w:pPr>
            <w:r w:rsidRPr="00294A1D">
              <w:rPr>
                <w:rFonts w:ascii="ArialMT" w:eastAsia="ArialMT" w:hAnsi="ArialMT"/>
                <w:color w:val="000000"/>
                <w:sz w:val="24"/>
                <w:lang w:val="hu-HU"/>
              </w:rPr>
              <w:t xml:space="preserve">Megjegyzés </w:t>
            </w:r>
          </w:p>
        </w:tc>
        <w:tc>
          <w:tcPr>
            <w:tcW w:w="57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14:paraId="253E3CF9" w14:textId="77777777" w:rsidR="0082319F" w:rsidRPr="00294A1D" w:rsidRDefault="004755F0">
            <w:pPr>
              <w:autoSpaceDE w:val="0"/>
              <w:autoSpaceDN w:val="0"/>
              <w:spacing w:after="0" w:line="330" w:lineRule="exact"/>
              <w:ind w:left="110"/>
              <w:rPr>
                <w:lang w:val="hu-HU"/>
              </w:rPr>
            </w:pPr>
            <w:r w:rsidRPr="00294A1D">
              <w:rPr>
                <w:rFonts w:ascii="ArialMT" w:eastAsia="ArialMT" w:hAnsi="ArialMT"/>
                <w:color w:val="000000"/>
                <w:sz w:val="24"/>
                <w:lang w:val="hu-HU"/>
              </w:rPr>
              <w:t xml:space="preserve">A felhasználóhoz tartozó megjegyzés </w:t>
            </w:r>
          </w:p>
        </w:tc>
      </w:tr>
    </w:tbl>
    <w:p w14:paraId="30AEBC0F" w14:textId="77777777" w:rsidR="0082319F" w:rsidRPr="00294A1D" w:rsidRDefault="004755F0">
      <w:pPr>
        <w:autoSpaceDE w:val="0"/>
        <w:autoSpaceDN w:val="0"/>
        <w:spacing w:before="168" w:after="0" w:line="288" w:lineRule="auto"/>
        <w:rPr>
          <w:lang w:val="hu-HU"/>
        </w:rPr>
      </w:pPr>
      <w:r w:rsidRPr="00294A1D">
        <w:rPr>
          <w:rFonts w:ascii="Arial" w:eastAsia="Arial" w:hAnsi="Arial"/>
          <w:b/>
          <w:color w:val="000000"/>
          <w:sz w:val="24"/>
          <w:u w:val="single"/>
          <w:lang w:val="hu-HU"/>
        </w:rPr>
        <w:t>Technikai felhasználó jogosultságainak módosítása: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 xml:space="preserve"> </w:t>
      </w:r>
    </w:p>
    <w:p w14:paraId="3A71496A" w14:textId="77777777" w:rsidR="0082319F" w:rsidRPr="00294A1D" w:rsidRDefault="004755F0">
      <w:pPr>
        <w:autoSpaceDE w:val="0"/>
        <w:autoSpaceDN w:val="0"/>
        <w:spacing w:before="184" w:after="0" w:line="268" w:lineRule="exact"/>
        <w:jc w:val="center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>A ‘</w:t>
      </w:r>
      <w:r w:rsidRPr="00294A1D">
        <w:rPr>
          <w:rFonts w:ascii="Arial" w:eastAsia="Arial" w:hAnsi="Arial"/>
          <w:b/>
          <w:color w:val="000000"/>
          <w:sz w:val="24"/>
          <w:lang w:val="hu-HU"/>
        </w:rPr>
        <w:t>Jogosultságok módosítása</w:t>
      </w: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’ funkciógomb segítségével módosíthatja az </w:t>
      </w:r>
    </w:p>
    <w:p w14:paraId="271A49AA" w14:textId="77777777" w:rsidR="0082319F" w:rsidRPr="00294A1D" w:rsidRDefault="004755F0">
      <w:pPr>
        <w:autoSpaceDE w:val="0"/>
        <w:autoSpaceDN w:val="0"/>
        <w:spacing w:after="0" w:line="330" w:lineRule="exact"/>
        <w:rPr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 xml:space="preserve">elsődleges felhasználó az adott technikai felhasználó jogait. </w:t>
      </w:r>
    </w:p>
    <w:p w14:paraId="132FD0D9" w14:textId="77777777" w:rsidR="0082319F" w:rsidRPr="00294A1D" w:rsidRDefault="0082319F">
      <w:pPr>
        <w:autoSpaceDE w:val="0"/>
        <w:autoSpaceDN w:val="0"/>
        <w:spacing w:after="504" w:line="220" w:lineRule="exact"/>
        <w:rPr>
          <w:lang w:val="hu-HU"/>
        </w:rPr>
      </w:pPr>
    </w:p>
    <w:tbl>
      <w:tblPr>
        <w:tblW w:w="0" w:type="auto"/>
        <w:tblInd w:w="1252" w:type="dxa"/>
        <w:tblLayout w:type="fixed"/>
        <w:tblLook w:val="04A0" w:firstRow="1" w:lastRow="0" w:firstColumn="1" w:lastColumn="0" w:noHBand="0" w:noVBand="1"/>
      </w:tblPr>
      <w:tblGrid>
        <w:gridCol w:w="6600"/>
      </w:tblGrid>
      <w:tr w:rsidR="0082319F" w:rsidRPr="00294A1D" w14:paraId="407CD304" w14:textId="77777777">
        <w:trPr>
          <w:trHeight w:hRule="exact" w:val="4560"/>
        </w:trPr>
        <w:tc>
          <w:tcPr>
            <w:tcW w:w="6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0" w:type="dxa"/>
              <w:right w:w="0" w:type="dxa"/>
            </w:tcMar>
          </w:tcPr>
          <w:p w14:paraId="2C6BD951" w14:textId="5C2C5CAB" w:rsidR="0082319F" w:rsidRPr="00294A1D" w:rsidRDefault="001261F1">
            <w:pPr>
              <w:autoSpaceDE w:val="0"/>
              <w:autoSpaceDN w:val="0"/>
              <w:spacing w:after="0" w:line="240" w:lineRule="auto"/>
              <w:jc w:val="center"/>
              <w:rPr>
                <w:lang w:val="hu-HU"/>
              </w:rPr>
            </w:pPr>
            <w:r>
              <w:rPr>
                <w:noProof/>
                <w:lang w:val="hu-HU"/>
              </w:rPr>
              <w:drawing>
                <wp:inline distT="0" distB="0" distL="0" distR="0" wp14:anchorId="2CEBE2F7" wp14:editId="2B300DA6">
                  <wp:extent cx="3048000" cy="2579599"/>
                  <wp:effectExtent l="0" t="0" r="0" b="0"/>
                  <wp:docPr id="1852147905" name="Kép 4" descr="A képen szöveg, képernyőkép, Betűtípus, szoftver látható&#10;&#10;Előfordulhat, hogy a mesterséges intelligencia által létrehozott tartalom helytele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2147905" name="Kép 4" descr="A képen szöveg, képernyőkép, Betűtípus, szoftver látható&#10;&#10;Előfordulhat, hogy a mesterséges intelligencia által létrehozott tartalom helytelen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670" cy="25801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FB80B16" w14:textId="75BE3FBA" w:rsidR="0082319F" w:rsidRDefault="001261F1">
      <w:pPr>
        <w:autoSpaceDE w:val="0"/>
        <w:autoSpaceDN w:val="0"/>
        <w:spacing w:before="108" w:after="224" w:line="283" w:lineRule="auto"/>
        <w:ind w:right="2898"/>
        <w:jc w:val="right"/>
        <w:rPr>
          <w:rFonts w:ascii="Arial" w:eastAsia="Arial" w:hAnsi="Arial"/>
          <w:i/>
          <w:color w:val="000000"/>
          <w:lang w:val="hu-HU"/>
        </w:rPr>
      </w:pPr>
      <w:r>
        <w:rPr>
          <w:rFonts w:ascii="Arial" w:eastAsia="Arial" w:hAnsi="Arial"/>
          <w:i/>
          <w:color w:val="000000"/>
          <w:lang w:val="hu-HU"/>
        </w:rPr>
        <w:t>5</w:t>
      </w:r>
      <w:r w:rsidR="004755F0" w:rsidRPr="00294A1D">
        <w:rPr>
          <w:rFonts w:ascii="Arial" w:eastAsia="Arial" w:hAnsi="Arial"/>
          <w:i/>
          <w:color w:val="000000"/>
          <w:lang w:val="hu-HU"/>
        </w:rPr>
        <w:t xml:space="preserve">. ábra 'Jogosultságok módosítása' felület </w:t>
      </w:r>
    </w:p>
    <w:p w14:paraId="0219A096" w14:textId="77777777" w:rsidR="00742EC4" w:rsidRDefault="00742EC4">
      <w:pPr>
        <w:autoSpaceDE w:val="0"/>
        <w:autoSpaceDN w:val="0"/>
        <w:spacing w:before="108" w:after="224" w:line="283" w:lineRule="auto"/>
        <w:ind w:right="2898"/>
        <w:jc w:val="right"/>
        <w:rPr>
          <w:rFonts w:ascii="Arial" w:eastAsia="Arial" w:hAnsi="Arial"/>
          <w:i/>
          <w:color w:val="000000"/>
          <w:lang w:val="hu-HU"/>
        </w:rPr>
      </w:pPr>
    </w:p>
    <w:p w14:paraId="7C309E6D" w14:textId="703ABD4C" w:rsidR="00742EC4" w:rsidRDefault="00742EC4">
      <w:pPr>
        <w:rPr>
          <w:rFonts w:ascii="Arial" w:eastAsia="Arial" w:hAnsi="Arial"/>
          <w:i/>
          <w:color w:val="000000"/>
          <w:lang w:val="hu-HU"/>
        </w:rPr>
      </w:pPr>
      <w:r>
        <w:rPr>
          <w:rFonts w:ascii="Arial" w:eastAsia="Arial" w:hAnsi="Arial"/>
          <w:i/>
          <w:color w:val="000000"/>
          <w:lang w:val="hu-HU"/>
        </w:rPr>
        <w:br w:type="page"/>
      </w:r>
    </w:p>
    <w:p w14:paraId="187CF6A3" w14:textId="6A268E33" w:rsidR="00742EC4" w:rsidRDefault="00DD1614" w:rsidP="00DD1614">
      <w:pPr>
        <w:pStyle w:val="Cmsor2"/>
        <w:rPr>
          <w:rFonts w:hint="eastAsia"/>
          <w:lang w:val="hu-HU"/>
        </w:rPr>
      </w:pPr>
      <w:bookmarkStart w:id="9" w:name="_Toc233239892"/>
      <w:r>
        <w:rPr>
          <w:lang w:val="hu-HU"/>
        </w:rPr>
        <w:lastRenderedPageBreak/>
        <w:t>7.3 DAC9 M2M jogok kiosztása (</w:t>
      </w:r>
      <w:proofErr w:type="spellStart"/>
      <w:r>
        <w:rPr>
          <w:lang w:val="hu-HU"/>
        </w:rPr>
        <w:t>DACentral</w:t>
      </w:r>
      <w:proofErr w:type="spellEnd"/>
      <w:r>
        <w:rPr>
          <w:lang w:val="hu-HU"/>
        </w:rPr>
        <w:t>)</w:t>
      </w:r>
      <w:bookmarkEnd w:id="9"/>
    </w:p>
    <w:p w14:paraId="56CB5B6F" w14:textId="63A8CB4B" w:rsidR="00DD1614" w:rsidRDefault="00DD1614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sz w:val="24"/>
          <w:szCs w:val="24"/>
          <w:lang w:val="hu-HU"/>
        </w:rPr>
      </w:pPr>
      <w:r>
        <w:rPr>
          <w:rFonts w:ascii="ArialMT" w:hAnsi="ArialMT"/>
          <w:sz w:val="24"/>
          <w:szCs w:val="24"/>
          <w:lang w:val="hu-HU"/>
        </w:rPr>
        <w:t xml:space="preserve">A NAV Felhasználókezelő (UAM) felületén létrehozott technikai felhasználó számára az UAM felületén ez előző ponttok szerint ki kell osztani a </w:t>
      </w:r>
      <w:r w:rsidRPr="00DD1614">
        <w:rPr>
          <w:rFonts w:ascii="Arial" w:eastAsia="Arial" w:hAnsi="Arial"/>
          <w:bCs/>
          <w:color w:val="000000"/>
          <w:sz w:val="24"/>
          <w:lang w:val="hu-HU"/>
        </w:rPr>
        <w:t xml:space="preserve">Hozzáférés a </w:t>
      </w:r>
      <w:proofErr w:type="spellStart"/>
      <w:r w:rsidRPr="00DD1614">
        <w:rPr>
          <w:rFonts w:ascii="Arial" w:eastAsia="Arial" w:hAnsi="Arial"/>
          <w:bCs/>
          <w:color w:val="000000"/>
          <w:sz w:val="24"/>
          <w:lang w:val="hu-HU"/>
        </w:rPr>
        <w:t>DACentral</w:t>
      </w:r>
      <w:proofErr w:type="spellEnd"/>
      <w:r w:rsidRPr="00DD1614">
        <w:rPr>
          <w:rFonts w:ascii="Arial" w:eastAsia="Arial" w:hAnsi="Arial"/>
          <w:bCs/>
          <w:color w:val="000000"/>
          <w:sz w:val="24"/>
          <w:lang w:val="hu-HU"/>
        </w:rPr>
        <w:t xml:space="preserve"> rendszerhez” </w:t>
      </w:r>
      <w:r>
        <w:rPr>
          <w:rFonts w:ascii="ArialMT" w:hAnsi="ArialMT"/>
          <w:bCs/>
          <w:sz w:val="24"/>
          <w:szCs w:val="24"/>
          <w:lang w:val="hu-HU"/>
        </w:rPr>
        <w:t xml:space="preserve">jogosultságot. A </w:t>
      </w:r>
      <w:proofErr w:type="spellStart"/>
      <w:r w:rsidRPr="00DD1614">
        <w:rPr>
          <w:rFonts w:ascii="ArialMT" w:hAnsi="ArialMT"/>
          <w:b/>
          <w:sz w:val="24"/>
          <w:szCs w:val="24"/>
          <w:lang w:val="hu-HU"/>
        </w:rPr>
        <w:t>DACentral</w:t>
      </w:r>
      <w:proofErr w:type="spellEnd"/>
      <w:r>
        <w:rPr>
          <w:rFonts w:ascii="ArialMT" w:hAnsi="ArialMT"/>
          <w:sz w:val="24"/>
          <w:szCs w:val="24"/>
          <w:lang w:val="hu-HU"/>
        </w:rPr>
        <w:t xml:space="preserve"> felületén pedig meg kell határozni mely DAC adatszolgáltatásokat tudja gép-gép kapcsolaton benyújtani a technikai felhasználó.</w:t>
      </w:r>
    </w:p>
    <w:p w14:paraId="030E5CCC" w14:textId="75F2935C" w:rsidR="00DD1614" w:rsidRDefault="00DD1614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sz w:val="24"/>
          <w:szCs w:val="24"/>
          <w:lang w:val="hu-HU"/>
        </w:rPr>
      </w:pPr>
      <w:r>
        <w:rPr>
          <w:rFonts w:ascii="ArialMT" w:hAnsi="ArialMT"/>
          <w:sz w:val="24"/>
          <w:szCs w:val="24"/>
          <w:lang w:val="hu-HU"/>
        </w:rPr>
        <w:t xml:space="preserve">7.3.1 A </w:t>
      </w:r>
      <w:proofErr w:type="spellStart"/>
      <w:r>
        <w:rPr>
          <w:rFonts w:ascii="ArialMT" w:hAnsi="ArialMT"/>
          <w:sz w:val="24"/>
          <w:szCs w:val="24"/>
          <w:lang w:val="hu-HU"/>
        </w:rPr>
        <w:t>DACentral</w:t>
      </w:r>
      <w:proofErr w:type="spellEnd"/>
      <w:r>
        <w:rPr>
          <w:rFonts w:ascii="ArialMT" w:hAnsi="ArialMT"/>
          <w:sz w:val="24"/>
          <w:szCs w:val="24"/>
          <w:lang w:val="hu-HU"/>
        </w:rPr>
        <w:t xml:space="preserve"> felületén válasszuk ki a Felhasználó menüpontot, majd a Technikai fület. Ez hasonló az UAM felületén látható adatrácshoz.</w:t>
      </w:r>
    </w:p>
    <w:p w14:paraId="09CD1EDC" w14:textId="77777777" w:rsidR="00DD1614" w:rsidRDefault="00DD1614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sz w:val="24"/>
          <w:szCs w:val="24"/>
          <w:lang w:val="hu-HU"/>
        </w:rPr>
      </w:pPr>
    </w:p>
    <w:p w14:paraId="58E5D88F" w14:textId="2F6A8405" w:rsidR="00DD1614" w:rsidRDefault="00DD1614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 w:rsidRPr="00DD1614">
        <w:rPr>
          <w:rFonts w:ascii="ArialMT" w:hAnsi="ArialMT"/>
          <w:bCs/>
          <w:noProof/>
          <w:sz w:val="24"/>
          <w:szCs w:val="24"/>
          <w:lang w:val="hu-HU"/>
        </w:rPr>
        <w:drawing>
          <wp:inline distT="0" distB="0" distL="0" distR="0" wp14:anchorId="245771C9" wp14:editId="0A084058">
            <wp:extent cx="6082030" cy="3117215"/>
            <wp:effectExtent l="0" t="0" r="0" b="6985"/>
            <wp:docPr id="1582708954" name="Kép 1" descr="A képen szöveg, képernyőkép, szoftver, Weblap látható&#10;&#10;Előfordulhat, hogy a mesterséges intelligencia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2708954" name="Kép 1" descr="A képen szöveg, képernyőkép, szoftver, Weblap látható&#10;&#10;Előfordulhat, hogy a mesterséges intelligencia által létrehozott tartalom helytelen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082030" cy="3117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1A0907" w14:textId="44D912E1" w:rsidR="00390552" w:rsidRDefault="00390552">
      <w:pPr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 w:hint="eastAsia"/>
          <w:bCs/>
          <w:sz w:val="24"/>
          <w:szCs w:val="24"/>
          <w:lang w:val="hu-HU"/>
        </w:rPr>
        <w:br w:type="page"/>
      </w:r>
    </w:p>
    <w:p w14:paraId="56B62A90" w14:textId="77777777" w:rsidR="00390552" w:rsidRDefault="00390552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</w:p>
    <w:p w14:paraId="4CC93AD6" w14:textId="006DADEE" w:rsidR="00DD1614" w:rsidRDefault="00390552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/>
          <w:bCs/>
          <w:sz w:val="24"/>
          <w:szCs w:val="24"/>
          <w:lang w:val="hu-HU"/>
        </w:rPr>
        <w:t xml:space="preserve">7.3.2. A Technikai felhasználó fülön a felhasználó sorában kattintsunk az utolsó oszlopban található toll ikonra és a megjelenő </w:t>
      </w:r>
      <w:proofErr w:type="spellStart"/>
      <w:r>
        <w:rPr>
          <w:rFonts w:ascii="ArialMT" w:hAnsi="ArialMT"/>
          <w:bCs/>
          <w:sz w:val="24"/>
          <w:szCs w:val="24"/>
          <w:lang w:val="hu-HU"/>
        </w:rPr>
        <w:t>formon</w:t>
      </w:r>
      <w:proofErr w:type="spellEnd"/>
      <w:r>
        <w:rPr>
          <w:rFonts w:ascii="ArialMT" w:hAnsi="ArialMT"/>
          <w:bCs/>
          <w:sz w:val="24"/>
          <w:szCs w:val="24"/>
          <w:lang w:val="hu-HU"/>
        </w:rPr>
        <w:t xml:space="preserve"> </w:t>
      </w:r>
      <w:proofErr w:type="spellStart"/>
      <w:r>
        <w:rPr>
          <w:rFonts w:ascii="ArialMT" w:hAnsi="ArialMT"/>
          <w:bCs/>
          <w:sz w:val="24"/>
          <w:szCs w:val="24"/>
          <w:lang w:val="hu-HU"/>
        </w:rPr>
        <w:t>válasszuki</w:t>
      </w:r>
      <w:proofErr w:type="spellEnd"/>
      <w:r>
        <w:rPr>
          <w:rFonts w:ascii="ArialMT" w:hAnsi="ArialMT"/>
          <w:bCs/>
          <w:sz w:val="24"/>
          <w:szCs w:val="24"/>
          <w:lang w:val="hu-HU"/>
        </w:rPr>
        <w:t xml:space="preserve"> ki a DAC9_M2M_ACCES jogot. </w:t>
      </w:r>
    </w:p>
    <w:p w14:paraId="1BCC96F7" w14:textId="11CE0422" w:rsidR="00390552" w:rsidRDefault="00390552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noProof/>
        </w:rPr>
        <w:drawing>
          <wp:inline distT="0" distB="0" distL="0" distR="0" wp14:anchorId="08E5A784" wp14:editId="613A39F3">
            <wp:extent cx="5210175" cy="3933825"/>
            <wp:effectExtent l="0" t="0" r="9525" b="9525"/>
            <wp:docPr id="1861370617" name="Kép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1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E8FF1" w14:textId="3629D15C" w:rsidR="00390552" w:rsidRDefault="00390552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/>
          <w:bCs/>
          <w:sz w:val="24"/>
          <w:szCs w:val="24"/>
          <w:lang w:val="hu-HU"/>
        </w:rPr>
        <w:t xml:space="preserve">7.3.3. </w:t>
      </w:r>
      <w:r w:rsidRPr="00390552">
        <w:rPr>
          <w:rFonts w:ascii="ArialMT" w:hAnsi="ArialMT"/>
          <w:bCs/>
          <w:sz w:val="24"/>
          <w:szCs w:val="24"/>
          <w:lang w:val="hu-HU"/>
        </w:rPr>
        <w:t>A választás után a jog élesedik és a választott technikai felhasználó képes lesz DAC9 adatszolgáltatást M2M kapcsolaton beküldeni.</w:t>
      </w:r>
      <w:r>
        <w:rPr>
          <w:rFonts w:ascii="ArialMT" w:hAnsi="ArialMT"/>
          <w:bCs/>
          <w:sz w:val="24"/>
          <w:szCs w:val="24"/>
          <w:lang w:val="hu-HU"/>
        </w:rPr>
        <w:t xml:space="preserve"> Az API használatának specifikációja itt érhető el: </w:t>
      </w:r>
      <w:hyperlink r:id="rId24" w:history="1">
        <w:r w:rsidRPr="00390552">
          <w:rPr>
            <w:rStyle w:val="Hiperhivatkozs"/>
            <w:rFonts w:ascii="ArialMT" w:hAnsi="ArialMT"/>
            <w:bCs/>
            <w:sz w:val="24"/>
            <w:szCs w:val="24"/>
          </w:rPr>
          <w:t>NAV DCC API</w:t>
        </w:r>
      </w:hyperlink>
    </w:p>
    <w:p w14:paraId="51BD5D1F" w14:textId="2B820B17" w:rsidR="00201CAE" w:rsidRDefault="00201CAE">
      <w:pPr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 w:hint="eastAsia"/>
          <w:bCs/>
          <w:sz w:val="24"/>
          <w:szCs w:val="24"/>
          <w:lang w:val="hu-HU"/>
        </w:rPr>
        <w:br w:type="page"/>
      </w:r>
    </w:p>
    <w:p w14:paraId="4885D44B" w14:textId="5E83C7B1" w:rsidR="00201CAE" w:rsidRDefault="00201CAE" w:rsidP="00201CAE">
      <w:pPr>
        <w:pStyle w:val="Cmsor1"/>
        <w:rPr>
          <w:rFonts w:hint="eastAsia"/>
          <w:lang w:val="hu-HU"/>
        </w:rPr>
      </w:pPr>
      <w:r>
        <w:rPr>
          <w:lang w:val="hu-HU"/>
        </w:rPr>
        <w:lastRenderedPageBreak/>
        <w:t>8</w:t>
      </w:r>
      <w:r w:rsidRPr="00294A1D">
        <w:rPr>
          <w:lang w:val="hu-HU"/>
        </w:rPr>
        <w:t xml:space="preserve"> </w:t>
      </w:r>
      <w:r>
        <w:rPr>
          <w:lang w:val="hu-HU"/>
        </w:rPr>
        <w:t>DAC9 Adatszolgáltatás</w:t>
      </w:r>
      <w:r w:rsidRPr="00294A1D">
        <w:rPr>
          <w:lang w:val="hu-HU"/>
        </w:rPr>
        <w:t xml:space="preserve"> </w:t>
      </w:r>
      <w:r>
        <w:rPr>
          <w:lang w:val="hu-HU"/>
        </w:rPr>
        <w:t>(</w:t>
      </w:r>
      <w:proofErr w:type="spellStart"/>
      <w:r>
        <w:rPr>
          <w:lang w:val="hu-HU"/>
        </w:rPr>
        <w:t>DACentral</w:t>
      </w:r>
      <w:proofErr w:type="spellEnd"/>
      <w:r>
        <w:rPr>
          <w:lang w:val="hu-HU"/>
        </w:rPr>
        <w:t>)</w:t>
      </w:r>
    </w:p>
    <w:p w14:paraId="14C18175" w14:textId="5E902052" w:rsidR="00D76014" w:rsidRDefault="00201CAE" w:rsidP="001E0A04">
      <w:pPr>
        <w:jc w:val="both"/>
        <w:rPr>
          <w:rFonts w:ascii="ArialMT" w:eastAsia="ArialMT" w:hAnsi="ArialMT"/>
          <w:color w:val="000000"/>
          <w:sz w:val="24"/>
          <w:lang w:val="hu-HU"/>
        </w:rPr>
      </w:pPr>
      <w:r w:rsidRPr="00294A1D">
        <w:rPr>
          <w:rFonts w:ascii="ArialMT" w:eastAsia="ArialMT" w:hAnsi="ArialMT"/>
          <w:color w:val="000000"/>
          <w:sz w:val="24"/>
          <w:lang w:val="hu-HU"/>
        </w:rPr>
        <w:t>A</w:t>
      </w:r>
      <w:r>
        <w:rPr>
          <w:rFonts w:ascii="ArialMT" w:eastAsia="ArialMT" w:hAnsi="ArialMT"/>
          <w:color w:val="000000"/>
          <w:sz w:val="24"/>
          <w:lang w:val="hu-HU"/>
        </w:rPr>
        <w:t>z M2M kapcsolaton vagy XML feltallózás útján beküldött adatszolgáltatások</w:t>
      </w:r>
      <w:r w:rsidR="00996D2E">
        <w:rPr>
          <w:rFonts w:ascii="ArialMT" w:eastAsia="ArialMT" w:hAnsi="ArialMT"/>
          <w:color w:val="000000"/>
          <w:sz w:val="24"/>
          <w:lang w:val="hu-HU"/>
        </w:rPr>
        <w:t xml:space="preserve"> státuszát lehet egy közös képernyőn nyomon követni, valamint a sikeres </w:t>
      </w:r>
      <w:proofErr w:type="spellStart"/>
      <w:r w:rsidR="00996D2E">
        <w:rPr>
          <w:rFonts w:ascii="ArialMT" w:eastAsia="ArialMT" w:hAnsi="ArialMT"/>
          <w:color w:val="000000"/>
          <w:sz w:val="24"/>
          <w:lang w:val="hu-HU"/>
        </w:rPr>
        <w:t>va</w:t>
      </w:r>
      <w:r w:rsidR="00D76014">
        <w:rPr>
          <w:rFonts w:ascii="ArialMT" w:eastAsia="ArialMT" w:hAnsi="ArialMT"/>
          <w:color w:val="000000"/>
          <w:sz w:val="24"/>
          <w:lang w:val="hu-HU"/>
        </w:rPr>
        <w:t>lidálás</w:t>
      </w:r>
      <w:proofErr w:type="spellEnd"/>
      <w:r w:rsidR="00D76014">
        <w:rPr>
          <w:rFonts w:ascii="ArialMT" w:eastAsia="ArialMT" w:hAnsi="ArialMT"/>
          <w:color w:val="000000"/>
          <w:sz w:val="24"/>
          <w:lang w:val="hu-HU"/>
        </w:rPr>
        <w:t xml:space="preserve"> után a cég képviselőjének jóvá kell hagynia az adatszolgáltatást.</w:t>
      </w:r>
    </w:p>
    <w:p w14:paraId="14261D8F" w14:textId="10E00F13" w:rsidR="001E0A04" w:rsidRPr="001E0A04" w:rsidRDefault="001E0A04" w:rsidP="001E0A04">
      <w:pPr>
        <w:pStyle w:val="Cmsor2"/>
        <w:rPr>
          <w:rFonts w:hint="eastAsia"/>
          <w:lang w:val="hu-HU"/>
        </w:rPr>
      </w:pPr>
      <w:r>
        <w:rPr>
          <w:lang w:val="hu-HU"/>
        </w:rPr>
        <w:t xml:space="preserve">8.1 Belépés a </w:t>
      </w:r>
      <w:proofErr w:type="spellStart"/>
      <w:r>
        <w:rPr>
          <w:lang w:val="hu-HU"/>
        </w:rPr>
        <w:t>DACentral</w:t>
      </w:r>
      <w:proofErr w:type="spellEnd"/>
      <w:r>
        <w:rPr>
          <w:lang w:val="hu-HU"/>
        </w:rPr>
        <w:t xml:space="preserve"> rendszerbe</w:t>
      </w:r>
    </w:p>
    <w:p w14:paraId="0FEEBBF3" w14:textId="69CFC1C8" w:rsidR="001E0A04" w:rsidRDefault="001E0A04" w:rsidP="001E0A04">
      <w:pPr>
        <w:jc w:val="both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 xml:space="preserve">A </w:t>
      </w:r>
      <w:proofErr w:type="spellStart"/>
      <w:r>
        <w:rPr>
          <w:rFonts w:ascii="ArialMT" w:eastAsia="ArialMT" w:hAnsi="ArialMT"/>
          <w:color w:val="000000"/>
          <w:sz w:val="24"/>
          <w:lang w:val="hu-HU"/>
        </w:rPr>
        <w:t>DACentral</w:t>
      </w:r>
      <w:proofErr w:type="spellEnd"/>
      <w:r>
        <w:rPr>
          <w:rFonts w:ascii="ArialMT" w:eastAsia="ArialMT" w:hAnsi="ArialMT"/>
          <w:color w:val="000000"/>
          <w:sz w:val="24"/>
          <w:lang w:val="hu-HU"/>
        </w:rPr>
        <w:t xml:space="preserve"> felület funkcióinak eléréséhez a cég képviselőjének be kell lépni a rendszerbe. </w:t>
      </w:r>
      <w:r w:rsidR="001162C4">
        <w:rPr>
          <w:rFonts w:ascii="ArialMT" w:eastAsia="ArialMT" w:hAnsi="ArialMT"/>
          <w:color w:val="000000"/>
          <w:sz w:val="24"/>
          <w:lang w:val="hu-HU"/>
        </w:rPr>
        <w:t xml:space="preserve">Ez a </w:t>
      </w:r>
      <w:proofErr w:type="spellStart"/>
      <w:r w:rsidR="001162C4">
        <w:rPr>
          <w:rFonts w:ascii="ArialMT" w:eastAsia="ArialMT" w:hAnsi="ArialMT"/>
          <w:color w:val="000000"/>
          <w:sz w:val="24"/>
          <w:lang w:val="hu-HU"/>
        </w:rPr>
        <w:t>DACentral</w:t>
      </w:r>
      <w:proofErr w:type="spellEnd"/>
      <w:r w:rsidR="001162C4">
        <w:rPr>
          <w:rFonts w:ascii="ArialMT" w:eastAsia="ArialMT" w:hAnsi="ArialMT"/>
          <w:color w:val="000000"/>
          <w:sz w:val="24"/>
          <w:lang w:val="hu-HU"/>
        </w:rPr>
        <w:t xml:space="preserve"> felső sávjának jobb oldalán található Bejelentkezés gombbal vagy az UAM felületén is kezdeményezhető.</w:t>
      </w:r>
    </w:p>
    <w:p w14:paraId="0C53AADC" w14:textId="24B05131" w:rsidR="001E0A04" w:rsidRPr="00D76014" w:rsidRDefault="001E0A04" w:rsidP="00201CAE">
      <w:pPr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 xml:space="preserve">Bővebb információ </w:t>
      </w:r>
      <w:r w:rsidRPr="001E0A04">
        <w:rPr>
          <w:rFonts w:ascii="ArialMT" w:eastAsia="ArialMT" w:hAnsi="ArialMT"/>
          <w:color w:val="000000"/>
          <w:sz w:val="24"/>
          <w:lang w:val="hu-HU"/>
        </w:rPr>
        <w:t xml:space="preserve">itt érhető el: </w:t>
      </w:r>
      <w:hyperlink r:id="rId25" w:history="1">
        <w:r w:rsidR="001162C4" w:rsidRPr="00352DE2">
          <w:rPr>
            <w:rStyle w:val="Hiperhivatkozs"/>
            <w:rFonts w:ascii="ArialMT" w:hAnsi="ArialMT" w:hint="eastAsia"/>
            <w:sz w:val="24"/>
            <w:szCs w:val="24"/>
            <w:lang w:val="hu-HU"/>
          </w:rPr>
          <w:t>NAV Felhasználókezelő felhasználói kézikönyv</w:t>
        </w:r>
      </w:hyperlink>
    </w:p>
    <w:p w14:paraId="512E1C49" w14:textId="6D8BA6BD" w:rsidR="00201CAE" w:rsidRDefault="00D76014" w:rsidP="00201CAE">
      <w:pPr>
        <w:pStyle w:val="Cmsor2"/>
        <w:rPr>
          <w:rFonts w:hint="eastAsia"/>
          <w:lang w:val="hu-HU"/>
        </w:rPr>
      </w:pPr>
      <w:r>
        <w:rPr>
          <w:lang w:val="hu-HU"/>
        </w:rPr>
        <w:t>8</w:t>
      </w:r>
      <w:r w:rsidR="00201CAE">
        <w:rPr>
          <w:lang w:val="hu-HU"/>
        </w:rPr>
        <w:t>.</w:t>
      </w:r>
      <w:r w:rsidR="0074456F">
        <w:rPr>
          <w:lang w:val="hu-HU"/>
        </w:rPr>
        <w:t>2</w:t>
      </w:r>
      <w:r w:rsidR="00201CAE">
        <w:rPr>
          <w:lang w:val="hu-HU"/>
        </w:rPr>
        <w:t xml:space="preserve"> </w:t>
      </w:r>
      <w:r>
        <w:rPr>
          <w:lang w:val="hu-HU"/>
        </w:rPr>
        <w:t xml:space="preserve">XML feltöltés </w:t>
      </w:r>
    </w:p>
    <w:p w14:paraId="1411A1D6" w14:textId="2A20D49F" w:rsidR="001E0A04" w:rsidRDefault="001E0A04" w:rsidP="001E0A04">
      <w:pPr>
        <w:autoSpaceDE w:val="0"/>
        <w:autoSpaceDN w:val="0"/>
        <w:spacing w:before="48" w:after="0" w:line="276" w:lineRule="exact"/>
        <w:jc w:val="both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>Lépések:</w:t>
      </w:r>
    </w:p>
    <w:p w14:paraId="63612A48" w14:textId="2A0D0B25" w:rsidR="001E0A04" w:rsidRDefault="001162C4" w:rsidP="001E0A04">
      <w:pPr>
        <w:pStyle w:val="Listaszerbekezds"/>
        <w:numPr>
          <w:ilvl w:val="0"/>
          <w:numId w:val="17"/>
        </w:numPr>
        <w:autoSpaceDE w:val="0"/>
        <w:autoSpaceDN w:val="0"/>
        <w:spacing w:before="48" w:after="0" w:line="276" w:lineRule="exact"/>
        <w:jc w:val="both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>DAC alrendszerek / DAC9 Globális mi</w:t>
      </w:r>
      <w:r w:rsidR="0074456F">
        <w:rPr>
          <w:rFonts w:ascii="ArialMT" w:eastAsia="ArialMT" w:hAnsi="ArialMT"/>
          <w:color w:val="000000"/>
          <w:sz w:val="24"/>
          <w:lang w:val="hu-HU"/>
        </w:rPr>
        <w:t>ni</w:t>
      </w:r>
      <w:r>
        <w:rPr>
          <w:rFonts w:ascii="ArialMT" w:eastAsia="ArialMT" w:hAnsi="ArialMT"/>
          <w:color w:val="000000"/>
          <w:sz w:val="24"/>
          <w:lang w:val="hu-HU"/>
        </w:rPr>
        <w:t>mum</w:t>
      </w:r>
      <w:r w:rsidR="0074456F">
        <w:rPr>
          <w:rFonts w:ascii="ArialMT" w:eastAsia="ArialMT" w:hAnsi="ArialMT"/>
          <w:color w:val="000000"/>
          <w:sz w:val="24"/>
          <w:lang w:val="hu-HU"/>
        </w:rPr>
        <w:t xml:space="preserve"> </w:t>
      </w:r>
      <w:r>
        <w:rPr>
          <w:rFonts w:ascii="ArialMT" w:eastAsia="ArialMT" w:hAnsi="ArialMT"/>
          <w:color w:val="000000"/>
          <w:sz w:val="24"/>
          <w:lang w:val="hu-HU"/>
        </w:rPr>
        <w:t xml:space="preserve">adó / </w:t>
      </w:r>
      <w:r w:rsidR="0074456F">
        <w:rPr>
          <w:rFonts w:ascii="ArialMT" w:eastAsia="ArialMT" w:hAnsi="ArialMT"/>
          <w:color w:val="000000"/>
          <w:sz w:val="24"/>
          <w:lang w:val="hu-HU"/>
        </w:rPr>
        <w:t>XML adatjelentések menü</w:t>
      </w:r>
    </w:p>
    <w:p w14:paraId="67400F70" w14:textId="586D6CF7" w:rsidR="0074456F" w:rsidRPr="0074456F" w:rsidRDefault="0074456F" w:rsidP="0074456F">
      <w:pPr>
        <w:pStyle w:val="Listaszerbekezds"/>
        <w:numPr>
          <w:ilvl w:val="0"/>
          <w:numId w:val="17"/>
        </w:numPr>
        <w:autoSpaceDE w:val="0"/>
        <w:autoSpaceDN w:val="0"/>
        <w:spacing w:before="48" w:after="0" w:line="276" w:lineRule="exact"/>
        <w:jc w:val="both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>XML feltöltés gomb választása</w:t>
      </w:r>
    </w:p>
    <w:p w14:paraId="7FA32170" w14:textId="4C2471C7" w:rsidR="0074456F" w:rsidRDefault="0074456F" w:rsidP="001E0A04">
      <w:pPr>
        <w:pStyle w:val="Listaszerbekezds"/>
        <w:numPr>
          <w:ilvl w:val="0"/>
          <w:numId w:val="17"/>
        </w:numPr>
        <w:autoSpaceDE w:val="0"/>
        <w:autoSpaceDN w:val="0"/>
        <w:spacing w:before="48" w:after="0" w:line="276" w:lineRule="exact"/>
        <w:jc w:val="both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>Tallózás részen kattintva vagy ide húzva válassza ki a GIR.XML file-t.</w:t>
      </w:r>
    </w:p>
    <w:p w14:paraId="4EE4B65C" w14:textId="2CC4D81A" w:rsidR="0074456F" w:rsidRDefault="0074456F" w:rsidP="001E0A04">
      <w:pPr>
        <w:pStyle w:val="Listaszerbekezds"/>
        <w:numPr>
          <w:ilvl w:val="0"/>
          <w:numId w:val="17"/>
        </w:numPr>
        <w:autoSpaceDE w:val="0"/>
        <w:autoSpaceDN w:val="0"/>
        <w:spacing w:before="48" w:after="0" w:line="276" w:lineRule="exact"/>
        <w:jc w:val="both"/>
        <w:rPr>
          <w:rFonts w:ascii="ArialMT" w:eastAsia="ArialMT" w:hAnsi="ArialMT"/>
          <w:color w:val="000000"/>
          <w:sz w:val="24"/>
          <w:lang w:val="hu-HU"/>
        </w:rPr>
      </w:pPr>
      <w:r>
        <w:rPr>
          <w:rFonts w:ascii="ArialMT" w:eastAsia="ArialMT" w:hAnsi="ArialMT"/>
          <w:color w:val="000000"/>
          <w:sz w:val="24"/>
          <w:lang w:val="hu-HU"/>
        </w:rPr>
        <w:t>A feltöltés után a feldolgozás státusza a képernyőn ellenőrizhető.</w:t>
      </w:r>
    </w:p>
    <w:p w14:paraId="36F03132" w14:textId="4EF0558C" w:rsidR="00390552" w:rsidRDefault="00390552" w:rsidP="00DD1614">
      <w:pPr>
        <w:autoSpaceDE w:val="0"/>
        <w:autoSpaceDN w:val="0"/>
        <w:spacing w:before="108" w:after="224" w:line="283" w:lineRule="auto"/>
        <w:jc w:val="both"/>
        <w:rPr>
          <w:rFonts w:ascii="ArialMT" w:eastAsia="ArialMT" w:hAnsi="ArialMT"/>
          <w:color w:val="000000"/>
          <w:sz w:val="24"/>
          <w:lang w:val="hu-HU"/>
        </w:rPr>
      </w:pPr>
    </w:p>
    <w:p w14:paraId="12EDC1D0" w14:textId="5154C28F" w:rsidR="0074456F" w:rsidRDefault="0074456F" w:rsidP="0074456F">
      <w:pPr>
        <w:pStyle w:val="Cmsor2"/>
        <w:rPr>
          <w:rFonts w:hint="eastAsia"/>
          <w:lang w:val="hu-HU"/>
        </w:rPr>
      </w:pPr>
      <w:r>
        <w:rPr>
          <w:lang w:val="hu-HU"/>
        </w:rPr>
        <w:t>8.3 Adatszolgáltatások státuszának ellenőrzése</w:t>
      </w:r>
    </w:p>
    <w:p w14:paraId="3088271F" w14:textId="1F42A2CA" w:rsidR="0074456F" w:rsidRDefault="0074456F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/>
          <w:bCs/>
          <w:sz w:val="24"/>
          <w:szCs w:val="24"/>
          <w:lang w:val="hu-HU"/>
        </w:rPr>
        <w:t>Az XML feltöltés képernyőn látható adatrácson láthatóak a beküldött vagy feltöltött adatszolgáltatások státusza:</w:t>
      </w:r>
    </w:p>
    <w:p w14:paraId="795387C0" w14:textId="2BEB222F" w:rsidR="0074456F" w:rsidRDefault="00D856BF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 w:hint="eastAsia"/>
          <w:bCs/>
          <w:noProof/>
          <w:sz w:val="24"/>
          <w:szCs w:val="24"/>
          <w:lang w:val="hu-HU"/>
        </w:rPr>
        <w:drawing>
          <wp:inline distT="0" distB="0" distL="0" distR="0" wp14:anchorId="768B3877" wp14:editId="3123BFD1">
            <wp:extent cx="6082030" cy="1971040"/>
            <wp:effectExtent l="0" t="0" r="0" b="0"/>
            <wp:docPr id="377565839" name="Kép 5" descr="A képen szöveg, nyugta, Betűtípus, képernyőkép látható&#10;&#10;Előfordulhat, hogy a mesterséges intelligencia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7565839" name="Kép 5" descr="A képen szöveg, nyugta, Betűtípus, képernyőkép látható&#10;&#10;Előfordulhat, hogy a mesterséges intelligencia által létrehozott tartalom helytelen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082030" cy="197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D792F9" w14:textId="1A9602AC" w:rsidR="00D856BF" w:rsidRDefault="00D856BF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/>
          <w:bCs/>
          <w:sz w:val="24"/>
          <w:szCs w:val="24"/>
          <w:lang w:val="hu-HU"/>
        </w:rPr>
        <w:t xml:space="preserve">A státuszok mögötti ikonra kattintva az adatszolgáltatás részletező információi olvashatóak. Sikeres </w:t>
      </w:r>
      <w:proofErr w:type="spellStart"/>
      <w:r>
        <w:rPr>
          <w:rFonts w:ascii="ArialMT" w:hAnsi="ArialMT"/>
          <w:bCs/>
          <w:sz w:val="24"/>
          <w:szCs w:val="24"/>
          <w:lang w:val="hu-HU"/>
        </w:rPr>
        <w:t>validálást</w:t>
      </w:r>
      <w:proofErr w:type="spellEnd"/>
      <w:r>
        <w:rPr>
          <w:rFonts w:ascii="ArialMT" w:hAnsi="ArialMT"/>
          <w:bCs/>
          <w:sz w:val="24"/>
          <w:szCs w:val="24"/>
          <w:lang w:val="hu-HU"/>
        </w:rPr>
        <w:t xml:space="preserve"> követően az adatszolgáltatást vagy jóvá kell hagyni és ezzel zárul a beküldés folyamata az adatszolgáltató részéről vagy el is utasíthatja. Sikertelen validáció esetében vagy ha cég képviselője elutasítja az adatszolgáltatást, akkor az adatszolgáltatás nem tekinthető teljesítettnek.</w:t>
      </w:r>
    </w:p>
    <w:p w14:paraId="4D65BEE4" w14:textId="4F681C4D" w:rsidR="00D856BF" w:rsidRDefault="00D856BF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/>
          <w:bCs/>
          <w:sz w:val="24"/>
          <w:szCs w:val="24"/>
          <w:lang w:val="hu-HU"/>
        </w:rPr>
        <w:t>A jóváhagyás vagy elutasítás az adatrácson látható zöld vagy piros ikonokkal lehetséges.</w:t>
      </w:r>
    </w:p>
    <w:p w14:paraId="2C602203" w14:textId="121F00F8" w:rsidR="00D856BF" w:rsidRPr="00DD1614" w:rsidRDefault="00D856BF" w:rsidP="00DD1614">
      <w:pPr>
        <w:autoSpaceDE w:val="0"/>
        <w:autoSpaceDN w:val="0"/>
        <w:spacing w:before="108" w:after="224" w:line="283" w:lineRule="auto"/>
        <w:jc w:val="both"/>
        <w:rPr>
          <w:rFonts w:ascii="ArialMT" w:hAnsi="ArialMT" w:hint="eastAsia"/>
          <w:bCs/>
          <w:sz w:val="24"/>
          <w:szCs w:val="24"/>
          <w:lang w:val="hu-HU"/>
        </w:rPr>
      </w:pPr>
      <w:r>
        <w:rPr>
          <w:rFonts w:ascii="ArialMT" w:hAnsi="ArialMT" w:hint="eastAsia"/>
          <w:bCs/>
          <w:noProof/>
          <w:sz w:val="24"/>
          <w:szCs w:val="24"/>
          <w:lang w:val="hu-HU"/>
        </w:rPr>
        <w:drawing>
          <wp:inline distT="0" distB="0" distL="0" distR="0" wp14:anchorId="4A74F240" wp14:editId="1D2C176B">
            <wp:extent cx="6082030" cy="612140"/>
            <wp:effectExtent l="0" t="0" r="0" b="0"/>
            <wp:docPr id="1025471610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471610" name="Kép 1025471610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082030" cy="612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856BF" w:rsidRPr="00DD1614" w:rsidSect="001261F1">
      <w:pgSz w:w="11906" w:h="16838"/>
      <w:pgMar w:top="724" w:right="888" w:bottom="482" w:left="144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FCE8D7" w14:textId="77777777" w:rsidR="00AC2645" w:rsidRDefault="00AC2645" w:rsidP="00174E83">
      <w:pPr>
        <w:spacing w:after="0" w:line="240" w:lineRule="auto"/>
      </w:pPr>
      <w:r>
        <w:separator/>
      </w:r>
    </w:p>
  </w:endnote>
  <w:endnote w:type="continuationSeparator" w:id="0">
    <w:p w14:paraId="6EC4F581" w14:textId="77777777" w:rsidR="00AC2645" w:rsidRDefault="00AC2645" w:rsidP="00174E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29955796"/>
      <w:docPartObj>
        <w:docPartGallery w:val="Page Numbers (Bottom of Page)"/>
        <w:docPartUnique/>
      </w:docPartObj>
    </w:sdtPr>
    <w:sdtContent>
      <w:p w14:paraId="0B360F7E" w14:textId="44BBE561" w:rsidR="00174E83" w:rsidRDefault="00174E83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hu-HU"/>
          </w:rPr>
          <w:t>2</w:t>
        </w:r>
        <w:r>
          <w:fldChar w:fldCharType="end"/>
        </w:r>
      </w:p>
    </w:sdtContent>
  </w:sdt>
  <w:p w14:paraId="6C0A60C1" w14:textId="77777777" w:rsidR="00174E83" w:rsidRDefault="00174E83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72613" w14:textId="77777777" w:rsidR="00AC2645" w:rsidRDefault="00AC2645" w:rsidP="00174E83">
      <w:pPr>
        <w:spacing w:after="0" w:line="240" w:lineRule="auto"/>
      </w:pPr>
      <w:r>
        <w:separator/>
      </w:r>
    </w:p>
  </w:footnote>
  <w:footnote w:type="continuationSeparator" w:id="0">
    <w:p w14:paraId="2A9AE49E" w14:textId="77777777" w:rsidR="00AC2645" w:rsidRDefault="00AC2645" w:rsidP="00174E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zmozottlist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zmozottlist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Felsorol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Felsorol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Felsorol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6DF5328"/>
    <w:multiLevelType w:val="hybridMultilevel"/>
    <w:tmpl w:val="F5267A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7B1470E"/>
    <w:multiLevelType w:val="hybridMultilevel"/>
    <w:tmpl w:val="C9FC82D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A00C41"/>
    <w:multiLevelType w:val="hybridMultilevel"/>
    <w:tmpl w:val="5FB28C8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0B29AE"/>
    <w:multiLevelType w:val="hybridMultilevel"/>
    <w:tmpl w:val="E4B2FCE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04734A"/>
    <w:multiLevelType w:val="hybridMultilevel"/>
    <w:tmpl w:val="458A4966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5AC56E6"/>
    <w:multiLevelType w:val="hybridMultilevel"/>
    <w:tmpl w:val="11DA2F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45182E"/>
    <w:multiLevelType w:val="hybridMultilevel"/>
    <w:tmpl w:val="93603B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E44B92"/>
    <w:multiLevelType w:val="multilevel"/>
    <w:tmpl w:val="6D12AA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595985777">
    <w:abstractNumId w:val="8"/>
  </w:num>
  <w:num w:numId="2" w16cid:durableId="59598742">
    <w:abstractNumId w:val="6"/>
  </w:num>
  <w:num w:numId="3" w16cid:durableId="1164852796">
    <w:abstractNumId w:val="5"/>
  </w:num>
  <w:num w:numId="4" w16cid:durableId="1618678732">
    <w:abstractNumId w:val="4"/>
  </w:num>
  <w:num w:numId="5" w16cid:durableId="990982971">
    <w:abstractNumId w:val="7"/>
  </w:num>
  <w:num w:numId="6" w16cid:durableId="784231973">
    <w:abstractNumId w:val="3"/>
  </w:num>
  <w:num w:numId="7" w16cid:durableId="1563633000">
    <w:abstractNumId w:val="2"/>
  </w:num>
  <w:num w:numId="8" w16cid:durableId="461076324">
    <w:abstractNumId w:val="1"/>
  </w:num>
  <w:num w:numId="9" w16cid:durableId="694844277">
    <w:abstractNumId w:val="0"/>
  </w:num>
  <w:num w:numId="10" w16cid:durableId="22291387">
    <w:abstractNumId w:val="9"/>
  </w:num>
  <w:num w:numId="11" w16cid:durableId="663900007">
    <w:abstractNumId w:val="14"/>
  </w:num>
  <w:num w:numId="12" w16cid:durableId="1541043532">
    <w:abstractNumId w:val="13"/>
  </w:num>
  <w:num w:numId="13" w16cid:durableId="1373771716">
    <w:abstractNumId w:val="15"/>
  </w:num>
  <w:num w:numId="14" w16cid:durableId="483670772">
    <w:abstractNumId w:val="10"/>
  </w:num>
  <w:num w:numId="15" w16cid:durableId="1647395417">
    <w:abstractNumId w:val="16"/>
  </w:num>
  <w:num w:numId="16" w16cid:durableId="719286924">
    <w:abstractNumId w:val="11"/>
  </w:num>
  <w:num w:numId="17" w16cid:durableId="9421522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523EB"/>
    <w:rsid w:val="0006063C"/>
    <w:rsid w:val="000664A5"/>
    <w:rsid w:val="00086BB3"/>
    <w:rsid w:val="000F5734"/>
    <w:rsid w:val="001162C4"/>
    <w:rsid w:val="001261F1"/>
    <w:rsid w:val="0015074B"/>
    <w:rsid w:val="00174E83"/>
    <w:rsid w:val="001E0A04"/>
    <w:rsid w:val="00201CAE"/>
    <w:rsid w:val="002939D9"/>
    <w:rsid w:val="00294A1D"/>
    <w:rsid w:val="0029639D"/>
    <w:rsid w:val="002B41D8"/>
    <w:rsid w:val="00326F90"/>
    <w:rsid w:val="003338D3"/>
    <w:rsid w:val="00352DE2"/>
    <w:rsid w:val="00390552"/>
    <w:rsid w:val="00395EE5"/>
    <w:rsid w:val="003B606C"/>
    <w:rsid w:val="004631BE"/>
    <w:rsid w:val="004755F0"/>
    <w:rsid w:val="0048349E"/>
    <w:rsid w:val="004D2347"/>
    <w:rsid w:val="004E07DE"/>
    <w:rsid w:val="00607B70"/>
    <w:rsid w:val="00622BCC"/>
    <w:rsid w:val="00726E58"/>
    <w:rsid w:val="00742EC4"/>
    <w:rsid w:val="0074456F"/>
    <w:rsid w:val="0082319F"/>
    <w:rsid w:val="00950BA5"/>
    <w:rsid w:val="00996D2E"/>
    <w:rsid w:val="00A161E0"/>
    <w:rsid w:val="00AA1D8D"/>
    <w:rsid w:val="00AC2645"/>
    <w:rsid w:val="00B47730"/>
    <w:rsid w:val="00C95036"/>
    <w:rsid w:val="00CB0664"/>
    <w:rsid w:val="00D6053F"/>
    <w:rsid w:val="00D64C08"/>
    <w:rsid w:val="00D76014"/>
    <w:rsid w:val="00D856BF"/>
    <w:rsid w:val="00DD1614"/>
    <w:rsid w:val="00DD5E66"/>
    <w:rsid w:val="00DE6087"/>
    <w:rsid w:val="00EB106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E1F15B"/>
  <w14:defaultImageDpi w14:val="300"/>
  <w15:docId w15:val="{F79AD781-E34E-4A91-8369-E30DC0B2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01CAE"/>
  </w:style>
  <w:style w:type="paragraph" w:styleId="Cmsor1">
    <w:name w:val="heading 1"/>
    <w:basedOn w:val="Norml"/>
    <w:next w:val="Norml"/>
    <w:link w:val="Cmsor1Char"/>
    <w:uiPriority w:val="9"/>
    <w:qFormat/>
    <w:rsid w:val="00C95036"/>
    <w:pPr>
      <w:keepNext/>
      <w:keepLines/>
      <w:spacing w:before="480" w:after="0"/>
      <w:outlineLvl w:val="0"/>
    </w:pPr>
    <w:rPr>
      <w:rFonts w:ascii="ArialMT" w:eastAsiaTheme="majorEastAsia" w:hAnsi="ArialMT" w:cstheme="majorBidi"/>
      <w:bCs/>
      <w:color w:val="365F91" w:themeColor="accent1" w:themeShade="BF"/>
      <w:sz w:val="36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C95036"/>
    <w:pPr>
      <w:keepNext/>
      <w:keepLines/>
      <w:spacing w:before="200" w:after="0"/>
      <w:outlineLvl w:val="1"/>
    </w:pPr>
    <w:rPr>
      <w:rFonts w:ascii="ArialMT" w:eastAsiaTheme="majorEastAsia" w:hAnsi="ArialMT" w:cstheme="majorBidi"/>
      <w:bCs/>
      <w:color w:val="4F81BD" w:themeColor="accent1"/>
      <w:sz w:val="32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618BF"/>
  </w:style>
  <w:style w:type="paragraph" w:styleId="llb">
    <w:name w:val="footer"/>
    <w:basedOn w:val="Norml"/>
    <w:link w:val="llb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618BF"/>
  </w:style>
  <w:style w:type="paragraph" w:styleId="Nincstrkz">
    <w:name w:val="No Spacing"/>
    <w:uiPriority w:val="1"/>
    <w:qFormat/>
    <w:rsid w:val="00FC693F"/>
    <w:pPr>
      <w:spacing w:after="0" w:line="240" w:lineRule="auto"/>
    </w:pPr>
  </w:style>
  <w:style w:type="character" w:customStyle="1" w:styleId="Cmsor1Char">
    <w:name w:val="Címsor 1 Char"/>
    <w:basedOn w:val="Bekezdsalapbettpusa"/>
    <w:link w:val="Cmsor1"/>
    <w:uiPriority w:val="9"/>
    <w:rsid w:val="00C95036"/>
    <w:rPr>
      <w:rFonts w:ascii="ArialMT" w:eastAsiaTheme="majorEastAsia" w:hAnsi="ArialMT" w:cstheme="majorBidi"/>
      <w:bCs/>
      <w:color w:val="365F91" w:themeColor="accent1" w:themeShade="BF"/>
      <w:sz w:val="36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C95036"/>
    <w:rPr>
      <w:rFonts w:ascii="ArialMT" w:eastAsiaTheme="majorEastAsia" w:hAnsi="ArialMT" w:cstheme="majorBidi"/>
      <w:bCs/>
      <w:color w:val="4F81BD" w:themeColor="accent1"/>
      <w:sz w:val="32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m">
    <w:name w:val="Title"/>
    <w:basedOn w:val="Norml"/>
    <w:next w:val="Norml"/>
    <w:link w:val="Cm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aszerbekezds">
    <w:name w:val="List Paragraph"/>
    <w:basedOn w:val="Norml"/>
    <w:uiPriority w:val="34"/>
    <w:qFormat/>
    <w:rsid w:val="00FC693F"/>
    <w:pPr>
      <w:ind w:left="720"/>
      <w:contextualSpacing/>
    </w:pPr>
  </w:style>
  <w:style w:type="paragraph" w:styleId="Szvegtrzs">
    <w:name w:val="Body Text"/>
    <w:basedOn w:val="Norml"/>
    <w:link w:val="SzvegtrzsChar"/>
    <w:uiPriority w:val="99"/>
    <w:unhideWhenUsed/>
    <w:rsid w:val="00AA1D8D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rsid w:val="00AA1D8D"/>
  </w:style>
  <w:style w:type="paragraph" w:styleId="Szvegtrzs2">
    <w:name w:val="Body Text 2"/>
    <w:basedOn w:val="Norml"/>
    <w:link w:val="Szvegtrzs2Char"/>
    <w:uiPriority w:val="99"/>
    <w:unhideWhenUsed/>
    <w:rsid w:val="00AA1D8D"/>
    <w:pPr>
      <w:spacing w:after="120" w:line="480" w:lineRule="auto"/>
    </w:pPr>
  </w:style>
  <w:style w:type="character" w:customStyle="1" w:styleId="Szvegtrzs2Char">
    <w:name w:val="Szövegtörzs 2 Char"/>
    <w:basedOn w:val="Bekezdsalapbettpusa"/>
    <w:link w:val="Szvegtrzs2"/>
    <w:uiPriority w:val="99"/>
    <w:rsid w:val="00AA1D8D"/>
  </w:style>
  <w:style w:type="paragraph" w:styleId="Szvegtrzs3">
    <w:name w:val="Body Text 3"/>
    <w:basedOn w:val="Norml"/>
    <w:link w:val="Szvegtrzs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uiPriority w:val="99"/>
    <w:rsid w:val="00AA1D8D"/>
    <w:rPr>
      <w:sz w:val="16"/>
      <w:szCs w:val="16"/>
    </w:rPr>
  </w:style>
  <w:style w:type="paragraph" w:styleId="Lista">
    <w:name w:val="List"/>
    <w:basedOn w:val="Norm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l"/>
    <w:uiPriority w:val="99"/>
    <w:unhideWhenUsed/>
    <w:rsid w:val="00326F90"/>
    <w:pPr>
      <w:ind w:left="1080" w:hanging="360"/>
      <w:contextualSpacing/>
    </w:pPr>
  </w:style>
  <w:style w:type="paragraph" w:styleId="Felsorols">
    <w:name w:val="List Bullet"/>
    <w:basedOn w:val="Norml"/>
    <w:uiPriority w:val="99"/>
    <w:unhideWhenUsed/>
    <w:rsid w:val="00326F90"/>
    <w:pPr>
      <w:numPr>
        <w:numId w:val="1"/>
      </w:numPr>
      <w:contextualSpacing/>
    </w:pPr>
  </w:style>
  <w:style w:type="paragraph" w:styleId="Felsorols2">
    <w:name w:val="List Bullet 2"/>
    <w:basedOn w:val="Norml"/>
    <w:uiPriority w:val="99"/>
    <w:unhideWhenUsed/>
    <w:rsid w:val="00326F90"/>
    <w:pPr>
      <w:numPr>
        <w:numId w:val="2"/>
      </w:numPr>
      <w:contextualSpacing/>
    </w:pPr>
  </w:style>
  <w:style w:type="paragraph" w:styleId="Felsorols3">
    <w:name w:val="List Bullet 3"/>
    <w:basedOn w:val="Norml"/>
    <w:uiPriority w:val="99"/>
    <w:unhideWhenUsed/>
    <w:rsid w:val="00326F90"/>
    <w:pPr>
      <w:numPr>
        <w:numId w:val="3"/>
      </w:numPr>
      <w:contextualSpacing/>
    </w:pPr>
  </w:style>
  <w:style w:type="paragraph" w:styleId="Szmozottlista">
    <w:name w:val="List Number"/>
    <w:basedOn w:val="Norml"/>
    <w:uiPriority w:val="99"/>
    <w:unhideWhenUsed/>
    <w:rsid w:val="00326F90"/>
    <w:pPr>
      <w:numPr>
        <w:numId w:val="5"/>
      </w:numPr>
      <w:contextualSpacing/>
    </w:pPr>
  </w:style>
  <w:style w:type="paragraph" w:styleId="Szmozottlista2">
    <w:name w:val="List Number 2"/>
    <w:basedOn w:val="Norml"/>
    <w:uiPriority w:val="99"/>
    <w:unhideWhenUsed/>
    <w:rsid w:val="0029639D"/>
    <w:pPr>
      <w:numPr>
        <w:numId w:val="6"/>
      </w:numPr>
      <w:contextualSpacing/>
    </w:pPr>
  </w:style>
  <w:style w:type="paragraph" w:styleId="Szmozottlista3">
    <w:name w:val="List Number 3"/>
    <w:basedOn w:val="Norml"/>
    <w:uiPriority w:val="99"/>
    <w:unhideWhenUsed/>
    <w:rsid w:val="0029639D"/>
    <w:pPr>
      <w:numPr>
        <w:numId w:val="7"/>
      </w:numPr>
      <w:contextualSpacing/>
    </w:pPr>
  </w:style>
  <w:style w:type="paragraph" w:styleId="Listafolytatsa">
    <w:name w:val="List Continue"/>
    <w:basedOn w:val="Norml"/>
    <w:uiPriority w:val="99"/>
    <w:unhideWhenUsed/>
    <w:rsid w:val="0029639D"/>
    <w:pPr>
      <w:spacing w:after="120"/>
      <w:ind w:left="360"/>
      <w:contextualSpacing/>
    </w:pPr>
  </w:style>
  <w:style w:type="paragraph" w:styleId="Listafolytatsa2">
    <w:name w:val="List Continue 2"/>
    <w:basedOn w:val="Norml"/>
    <w:uiPriority w:val="99"/>
    <w:unhideWhenUsed/>
    <w:rsid w:val="0029639D"/>
    <w:pPr>
      <w:spacing w:after="120"/>
      <w:ind w:left="720"/>
      <w:contextualSpacing/>
    </w:pPr>
  </w:style>
  <w:style w:type="paragraph" w:styleId="Listafolytatsa3">
    <w:name w:val="List Continue 3"/>
    <w:basedOn w:val="Norml"/>
    <w:uiPriority w:val="99"/>
    <w:unhideWhenUsed/>
    <w:rsid w:val="0029639D"/>
    <w:pPr>
      <w:spacing w:after="120"/>
      <w:ind w:left="1080"/>
      <w:contextualSpacing/>
    </w:pPr>
  </w:style>
  <w:style w:type="paragraph" w:styleId="Makrszvege">
    <w:name w:val="macro"/>
    <w:link w:val="Makrszvege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szvegeChar">
    <w:name w:val="Makró szövege Char"/>
    <w:basedOn w:val="Bekezdsalapbettpusa"/>
    <w:link w:val="Makrszvege"/>
    <w:uiPriority w:val="99"/>
    <w:rsid w:val="0029639D"/>
    <w:rPr>
      <w:rFonts w:ascii="Courier" w:hAnsi="Courier"/>
      <w:sz w:val="20"/>
      <w:szCs w:val="20"/>
    </w:rPr>
  </w:style>
  <w:style w:type="paragraph" w:styleId="Idzet">
    <w:name w:val="Quote"/>
    <w:basedOn w:val="Norml"/>
    <w:next w:val="Norml"/>
    <w:link w:val="IdzetChar"/>
    <w:uiPriority w:val="29"/>
    <w:qFormat/>
    <w:rsid w:val="00FC693F"/>
    <w:rPr>
      <w:i/>
      <w:iCs/>
      <w:color w:val="000000" w:themeColor="text1"/>
    </w:rPr>
  </w:style>
  <w:style w:type="character" w:customStyle="1" w:styleId="IdzetChar">
    <w:name w:val="Idézet Char"/>
    <w:basedOn w:val="Bekezdsalapbettpusa"/>
    <w:link w:val="Idzet"/>
    <w:uiPriority w:val="29"/>
    <w:rsid w:val="00FC693F"/>
    <w:rPr>
      <w:i/>
      <w:iCs/>
      <w:color w:val="000000" w:themeColor="text1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Kiemels2">
    <w:name w:val="Strong"/>
    <w:basedOn w:val="Bekezdsalapbettpusa"/>
    <w:uiPriority w:val="22"/>
    <w:qFormat/>
    <w:rsid w:val="00FC693F"/>
    <w:rPr>
      <w:b/>
      <w:bCs/>
    </w:rPr>
  </w:style>
  <w:style w:type="character" w:styleId="Kiemels">
    <w:name w:val="Emphasis"/>
    <w:basedOn w:val="Bekezdsalapbettpusa"/>
    <w:uiPriority w:val="20"/>
    <w:qFormat/>
    <w:rsid w:val="00FC693F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FC693F"/>
    <w:rPr>
      <w:b/>
      <w:bCs/>
      <w:i/>
      <w:iCs/>
      <w:color w:val="4F81BD" w:themeColor="accent1"/>
    </w:rPr>
  </w:style>
  <w:style w:type="character" w:styleId="Finomkiemels">
    <w:name w:val="Subtle Emphasis"/>
    <w:basedOn w:val="Bekezdsalapbettpusa"/>
    <w:uiPriority w:val="19"/>
    <w:qFormat/>
    <w:rsid w:val="00FC693F"/>
    <w:rPr>
      <w:i/>
      <w:iCs/>
      <w:color w:val="808080" w:themeColor="text1" w:themeTint="7F"/>
    </w:rPr>
  </w:style>
  <w:style w:type="character" w:styleId="Erskiemels">
    <w:name w:val="Intense Emphasis"/>
    <w:basedOn w:val="Bekezdsalapbettpusa"/>
    <w:uiPriority w:val="21"/>
    <w:qFormat/>
    <w:rsid w:val="00FC693F"/>
    <w:rPr>
      <w:b/>
      <w:bCs/>
      <w:i/>
      <w:iCs/>
      <w:color w:val="4F81BD" w:themeColor="accent1"/>
    </w:rPr>
  </w:style>
  <w:style w:type="character" w:styleId="Finomhivatkozs">
    <w:name w:val="Subtle Reference"/>
    <w:basedOn w:val="Bekezdsalapbettpusa"/>
    <w:uiPriority w:val="31"/>
    <w:qFormat/>
    <w:rsid w:val="00FC693F"/>
    <w:rPr>
      <w:smallCaps/>
      <w:color w:val="C0504D" w:themeColor="accent2"/>
      <w:u w:val="single"/>
    </w:rPr>
  </w:style>
  <w:style w:type="character" w:styleId="Ershivatkozs">
    <w:name w:val="Intense Reference"/>
    <w:basedOn w:val="Bekezdsalapbettpusa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Knyvcme">
    <w:name w:val="Book Title"/>
    <w:basedOn w:val="Bekezdsalapbettpusa"/>
    <w:uiPriority w:val="33"/>
    <w:qFormat/>
    <w:rsid w:val="00FC693F"/>
    <w:rPr>
      <w:b/>
      <w:bCs/>
      <w:smallCaps/>
      <w:spacing w:val="5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FC693F"/>
    <w:pPr>
      <w:outlineLvl w:val="9"/>
    </w:pPr>
  </w:style>
  <w:style w:type="table" w:styleId="Rcsostblzat">
    <w:name w:val="Table Grid"/>
    <w:basedOn w:val="Normltblzat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Vilgostnus">
    <w:name w:val="Light Shading"/>
    <w:basedOn w:val="Normltblzat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Vilgosrnykols1jellszn">
    <w:name w:val="Light Shading Accent 1"/>
    <w:basedOn w:val="Normltblzat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Vilgosrnykols2jellszn">
    <w:name w:val="Light Shading Accent 2"/>
    <w:basedOn w:val="Normltblzat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Vilgosrnykols3jellszn">
    <w:name w:val="Light Shading Accent 3"/>
    <w:basedOn w:val="Normltblzat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Vilgosrnykols4jellszn">
    <w:name w:val="Light Shading Accent 4"/>
    <w:basedOn w:val="Normltblzat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Vilgosrnykols5jellszn">
    <w:name w:val="Light Shading Accent 5"/>
    <w:basedOn w:val="Normltblzat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Vilgosrnykols6jellszn">
    <w:name w:val="Light Shading Accent 6"/>
    <w:basedOn w:val="Normltblzat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Vilgoslista">
    <w:name w:val="Light List"/>
    <w:basedOn w:val="Normltblzat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Vilgoslista1jellszn">
    <w:name w:val="Light List Accent 1"/>
    <w:basedOn w:val="Normltblzat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Vilgoslista2jellszn">
    <w:name w:val="Light List Accent 2"/>
    <w:basedOn w:val="Normltblzat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Vilgoslista3jellszn">
    <w:name w:val="Light List Accent 3"/>
    <w:basedOn w:val="Normltblzat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Vilgoslista4jellszn">
    <w:name w:val="Light List Accent 4"/>
    <w:basedOn w:val="Normltblzat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Vilgoslista5jellszn">
    <w:name w:val="Light List Accent 5"/>
    <w:basedOn w:val="Normltblzat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Vilgoslista6jellszn">
    <w:name w:val="Light List Accent 6"/>
    <w:basedOn w:val="Normltblzat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Vilgosrcs">
    <w:name w:val="Light Grid"/>
    <w:basedOn w:val="Normltblzat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Vilgosrcs1jellszn">
    <w:name w:val="Light Grid Accent 1"/>
    <w:basedOn w:val="Normltblzat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Vilgosrcs2jellszn">
    <w:name w:val="Light Grid Accent 2"/>
    <w:basedOn w:val="Normltblzat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Vilgosrcs3jellszn">
    <w:name w:val="Light Grid Accent 3"/>
    <w:basedOn w:val="Normltblzat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Vilgosrcs4jellszn">
    <w:name w:val="Light Grid Accent 4"/>
    <w:basedOn w:val="Normltblzat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Vilgosrcs5jellszn">
    <w:name w:val="Light Grid Accent 5"/>
    <w:basedOn w:val="Normltblzat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Vilgosrcs6jellszn">
    <w:name w:val="Light Grid Accent 6"/>
    <w:basedOn w:val="Normltblzat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Kzepesrnykols1">
    <w:name w:val="Medium Shading 1"/>
    <w:basedOn w:val="Normltblzat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Kzepesrnykols11jellszn">
    <w:name w:val="Medium Shading 1 Accent 1"/>
    <w:basedOn w:val="Normltblzat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Kzepesrnykols12jellszn">
    <w:name w:val="Medium Shading 1 Accent 2"/>
    <w:basedOn w:val="Normltblzat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Kzepesrnykols13jellszn">
    <w:name w:val="Medium Shading 1 Accent 3"/>
    <w:basedOn w:val="Normltblzat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Kzepesrnykols14jellszn">
    <w:name w:val="Medium Shading 1 Accent 4"/>
    <w:basedOn w:val="Normltblzat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Kzepesrnykols15jellszn">
    <w:name w:val="Medium Shading 1 Accent 5"/>
    <w:basedOn w:val="Normltblzat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Kzepesrnykols16jellszn">
    <w:name w:val="Medium Shading 1 Accent 6"/>
    <w:basedOn w:val="Normltblzat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Kzepesrnykols2">
    <w:name w:val="Medium Shading 2"/>
    <w:basedOn w:val="Normltblzat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Kzepesrnykols21jellszn">
    <w:name w:val="Medium Shading 2 Accent 1"/>
    <w:basedOn w:val="Normltblzat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Kzepesrnykols22jellszn">
    <w:name w:val="Medium Shading 2 Accent 2"/>
    <w:basedOn w:val="Normltblzat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Kzepesrnykols23jellszn">
    <w:name w:val="Medium Shading 2 Accent 3"/>
    <w:basedOn w:val="Normltblzat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Kzepesrnykols24jellszn">
    <w:name w:val="Medium Shading 2 Accent 4"/>
    <w:basedOn w:val="Normltblzat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Kzepesrnykols25jellszn">
    <w:name w:val="Medium Shading 2 Accent 5"/>
    <w:basedOn w:val="Normltblzat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Kzepesrnykols26jellszn">
    <w:name w:val="Medium Shading 2 Accent 6"/>
    <w:basedOn w:val="Normltblzat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Kzepeslista1">
    <w:name w:val="Medium List 1"/>
    <w:basedOn w:val="Normltblzat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Kzepeslista11jellszn">
    <w:name w:val="Medium List 1 Accent 1"/>
    <w:basedOn w:val="Normltblzat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Kzepeslista12jellszn">
    <w:name w:val="Medium List 1 Accent 2"/>
    <w:basedOn w:val="Normltblzat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Kzepeslista13jellszn">
    <w:name w:val="Medium List 1 Accent 3"/>
    <w:basedOn w:val="Normltblzat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Kzepeslista14jellszn">
    <w:name w:val="Medium List 1 Accent 4"/>
    <w:basedOn w:val="Normltblzat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Kzepeslista15jellszn">
    <w:name w:val="Medium List 1 Accent 5"/>
    <w:basedOn w:val="Normltblzat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Kzepeslista16jellszn">
    <w:name w:val="Medium List 1 Accent 6"/>
    <w:basedOn w:val="Normltblzat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Kzepeslista2">
    <w:name w:val="Medium List 2"/>
    <w:basedOn w:val="Normltblzat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lista21jellszn">
    <w:name w:val="Medium List 2 Accent 1"/>
    <w:basedOn w:val="Normltblzat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lista22jellszn">
    <w:name w:val="Medium List 2 Accent 2"/>
    <w:basedOn w:val="Normltblzat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lista23jellszn">
    <w:name w:val="Medium List 2 Accent 3"/>
    <w:basedOn w:val="Normltblzat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lista24jellszn">
    <w:name w:val="Medium List 2 Accent 4"/>
    <w:basedOn w:val="Normltblzat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lista25jellszn">
    <w:name w:val="Medium List 2 Accent 5"/>
    <w:basedOn w:val="Normltblzat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lista26jellszn">
    <w:name w:val="Medium List 2 Accent 6"/>
    <w:basedOn w:val="Normltblzat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rcs1">
    <w:name w:val="Medium Grid 1"/>
    <w:basedOn w:val="Normltblzat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zepesrcs11jellszn">
    <w:name w:val="Medium Grid 1 Accent 1"/>
    <w:basedOn w:val="Normltblzat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zepesrcs12jellszn">
    <w:name w:val="Medium Grid 1 Accent 2"/>
    <w:basedOn w:val="Normltblzat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zepesrcs13jellszn">
    <w:name w:val="Medium Grid 1 Accent 3"/>
    <w:basedOn w:val="Normltblzat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zepesrcs14jellszn">
    <w:name w:val="Medium Grid 1 Accent 4"/>
    <w:basedOn w:val="Normltblzat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zepesrcs15jellszn">
    <w:name w:val="Medium Grid 1 Accent 5"/>
    <w:basedOn w:val="Normltblzat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zepesrcs16jellszn">
    <w:name w:val="Medium Grid 1 Accent 6"/>
    <w:basedOn w:val="Normltblzat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Kzepesrcs2">
    <w:name w:val="Medium Grid 2"/>
    <w:basedOn w:val="Normltblzat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Kzepesrcs21jellszn">
    <w:name w:val="Medium Grid 2 Accent 1"/>
    <w:basedOn w:val="Normltblzat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Kzepesrcs22jellszn">
    <w:name w:val="Medium Grid 2 Accent 2"/>
    <w:basedOn w:val="Normltblzat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Kzepesrcs23jellszn">
    <w:name w:val="Medium Grid 2 Accent 3"/>
    <w:basedOn w:val="Normltblzat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Kzepesrcs24jellszn">
    <w:name w:val="Medium Grid 2 Accent 4"/>
    <w:basedOn w:val="Normltblzat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Kzepesrcs25jellszn">
    <w:name w:val="Medium Grid 2 Accent 5"/>
    <w:basedOn w:val="Normltblzat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Kzepesrcs26jellszn">
    <w:name w:val="Medium Grid 2 Accent 6"/>
    <w:basedOn w:val="Normltblzat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Kzepesrcs3">
    <w:name w:val="Medium Grid 3"/>
    <w:basedOn w:val="Normltblzat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Kzepesrcs31jellszn">
    <w:name w:val="Medium Grid 3 Accent 1"/>
    <w:basedOn w:val="Normltblzat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Kzepesrcs32jellszn">
    <w:name w:val="Medium Grid 3 Accent 2"/>
    <w:basedOn w:val="Normltblzat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Kzepesrcs33jellszn">
    <w:name w:val="Medium Grid 3 Accent 3"/>
    <w:basedOn w:val="Normltblzat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Kzepesrcs34jellszn">
    <w:name w:val="Medium Grid 3 Accent 4"/>
    <w:basedOn w:val="Normltblzat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Kzepesrcs35jellszn">
    <w:name w:val="Medium Grid 3 Accent 5"/>
    <w:basedOn w:val="Normltblzat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Kzepesrcs36jellszn">
    <w:name w:val="Medium Grid 3 Accent 6"/>
    <w:basedOn w:val="Normltblzat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Sttlista">
    <w:name w:val="Dark List"/>
    <w:basedOn w:val="Normltblzat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Sttlista1jellszn">
    <w:name w:val="Dark List Accent 1"/>
    <w:basedOn w:val="Normltblzat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Sttlista2jellszn">
    <w:name w:val="Dark List Accent 2"/>
    <w:basedOn w:val="Normltblzat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Sttlista3jellszn">
    <w:name w:val="Dark List Accent 3"/>
    <w:basedOn w:val="Normltblzat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Sttlista4jellszn">
    <w:name w:val="Dark List Accent 4"/>
    <w:basedOn w:val="Normltblzat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Sttlista5jellszn">
    <w:name w:val="Dark List Accent 5"/>
    <w:basedOn w:val="Normltblzat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Sttlista6jellszn">
    <w:name w:val="Dark List Accent 6"/>
    <w:basedOn w:val="Normltblzat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znesrnykols">
    <w:name w:val="Colorful Shading"/>
    <w:basedOn w:val="Normltblzat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znesrnykols1jellszn">
    <w:name w:val="Colorful Shading Accent 1"/>
    <w:basedOn w:val="Normltblzat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znesrnykols2jellszn">
    <w:name w:val="Colorful Shading Accent 2"/>
    <w:basedOn w:val="Normltblzat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znesrnykols3jellszn">
    <w:name w:val="Colorful Shading Accent 3"/>
    <w:basedOn w:val="Normltblzat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znesrnykols4jellszn">
    <w:name w:val="Colorful Shading Accent 4"/>
    <w:basedOn w:val="Normltblzat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znesrnykols5jellszn">
    <w:name w:val="Colorful Shading Accent 5"/>
    <w:basedOn w:val="Normltblzat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znesrnykols6jellszn">
    <w:name w:val="Colorful Shading Accent 6"/>
    <w:basedOn w:val="Normltblzat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zneslista">
    <w:name w:val="Colorful List"/>
    <w:basedOn w:val="Normltblzat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Szneslista1jellszn">
    <w:name w:val="Colorful List Accent 1"/>
    <w:basedOn w:val="Normltblzat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Szneslista2jellszn">
    <w:name w:val="Colorful List Accent 2"/>
    <w:basedOn w:val="Normltblzat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Szneslista3jellszn">
    <w:name w:val="Colorful List Accent 3"/>
    <w:basedOn w:val="Normltblzat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Szneslista4jellszn">
    <w:name w:val="Colorful List Accent 4"/>
    <w:basedOn w:val="Normltblzat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Szneslista5jellszn">
    <w:name w:val="Colorful List Accent 5"/>
    <w:basedOn w:val="Normltblzat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Szneslista6jellszn">
    <w:name w:val="Colorful List Accent 6"/>
    <w:basedOn w:val="Normltblzat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Sznesrcs">
    <w:name w:val="Colorful Grid"/>
    <w:basedOn w:val="Normltblzat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znesrcs1jellszn">
    <w:name w:val="Colorful Grid Accent 1"/>
    <w:basedOn w:val="Normltblzat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znesrcs2jellszn">
    <w:name w:val="Colorful Grid Accent 2"/>
    <w:basedOn w:val="Normltblzat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znesrcs3jellszn">
    <w:name w:val="Colorful Grid Accent 3"/>
    <w:basedOn w:val="Normltblzat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znesrcs4jellszn">
    <w:name w:val="Colorful Grid Accent 4"/>
    <w:basedOn w:val="Normltblzat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znesrcs5jellszn">
    <w:name w:val="Colorful Grid Accent 5"/>
    <w:basedOn w:val="Normltblzat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znesrcs6jellszn">
    <w:name w:val="Colorful Grid Accent 6"/>
    <w:basedOn w:val="Normltblzat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iperhivatkozs">
    <w:name w:val="Hyperlink"/>
    <w:basedOn w:val="Bekezdsalapbettpusa"/>
    <w:uiPriority w:val="99"/>
    <w:unhideWhenUsed/>
    <w:rsid w:val="00395EE5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395EE5"/>
    <w:rPr>
      <w:color w:val="605E5C"/>
      <w:shd w:val="clear" w:color="auto" w:fill="E1DFDD"/>
    </w:rPr>
  </w:style>
  <w:style w:type="paragraph" w:styleId="TJ1">
    <w:name w:val="toc 1"/>
    <w:basedOn w:val="Norml"/>
    <w:next w:val="Norml"/>
    <w:autoRedefine/>
    <w:uiPriority w:val="39"/>
    <w:unhideWhenUsed/>
    <w:rsid w:val="004631BE"/>
    <w:pPr>
      <w:spacing w:after="100"/>
    </w:pPr>
  </w:style>
  <w:style w:type="paragraph" w:styleId="TJ2">
    <w:name w:val="toc 2"/>
    <w:basedOn w:val="Norml"/>
    <w:next w:val="Norml"/>
    <w:autoRedefine/>
    <w:uiPriority w:val="39"/>
    <w:unhideWhenUsed/>
    <w:rsid w:val="004631BE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76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c9_fejlesztok@nav.gov.hu" TargetMode="External"/><Relationship Id="rId18" Type="http://schemas.openxmlformats.org/officeDocument/2006/relationships/image" Target="media/image6.jpg"/><Relationship Id="rId26" Type="http://schemas.openxmlformats.org/officeDocument/2006/relationships/image" Target="media/image11.jp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2" Type="http://schemas.openxmlformats.org/officeDocument/2006/relationships/hyperlink" Target="https://www.google.com/url?q=https://uam.nav.gov.hu/&amp;sa=D&amp;source=docs&amp;ust=1710416165872840&amp;usg=AOvVaw3hzQ1bXsirj5kfmp3-wr6G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s://onlineszamla.nav.gov.hu/files/container/download/NAV%20Felhaszn%C3%A1l%C3%B3kezel%C5%91%20felhaszn%C3%A1l%C3%B3i%20k%C3%A9zik%C3%B6nyv.pdf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jp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acentral-test.nav.gov.hu/" TargetMode="External"/><Relationship Id="rId24" Type="http://schemas.openxmlformats.org/officeDocument/2006/relationships/hyperlink" Target="https://nav-gov-hu.github.io/DCC-API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cid:image004.png@01DD0325.E4F44570" TargetMode="External"/><Relationship Id="rId28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onlineszamla.nav.gov.hu/files/container/download/NAV%20Felhaszn%C3%A1l%C3%B3kezel%C5%91%20felhaszn%C3%A1l%C3%B3i%20k%C3%A9zik%C3%B6nyv.pdf" TargetMode="External"/><Relationship Id="rId22" Type="http://schemas.openxmlformats.org/officeDocument/2006/relationships/image" Target="media/image10.png"/><Relationship Id="rId27" Type="http://schemas.openxmlformats.org/officeDocument/2006/relationships/image" Target="media/image1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13</Pages>
  <Words>1269</Words>
  <Characters>8763</Characters>
  <Application>Microsoft Office Word</Application>
  <DocSecurity>0</DocSecurity>
  <Lines>73</Lines>
  <Paragraphs>20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10012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Vasas Imola Boróka</dc:creator>
  <cp:keywords/>
  <dc:description>generated by python-docx</dc:description>
  <cp:lastModifiedBy>Vasas Imola Boróka</cp:lastModifiedBy>
  <cp:revision>3</cp:revision>
  <dcterms:created xsi:type="dcterms:W3CDTF">2026-06-29T06:12:00Z</dcterms:created>
  <dcterms:modified xsi:type="dcterms:W3CDTF">2026-06-29T06:23:00Z</dcterms:modified>
  <cp:category/>
</cp:coreProperties>
</file>